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477B7A"/>
          <w:sz w:val="18"/>
        </w:rPr>
        <w:t>FREE CLASSROOM RESOURCE</w:t>
      </w:r>
    </w:p>
    <w:p>
      <w:pPr>
        <w:pStyle w:val="Title"/>
        <w:jc w:val="center"/>
      </w:pPr>
      <w:r>
        <w:t>Polynomial Skills Diagnostic Assessment</w:t>
      </w:r>
    </w:p>
    <w:p>
      <w:pPr>
        <w:jc w:val="center"/>
      </w:pPr>
      <w:r>
        <w:rPr>
          <w:color w:val="5F6B70"/>
          <w:sz w:val="22"/>
        </w:rPr>
        <w:t>Short pre-test, 25-question unit diagnostic, and targeted score profile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EAF3F6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2D5F73"/>
                <w:sz w:val="18"/>
              </w:rPr>
              <w:t>Algebra I &amp; II</w:t>
            </w:r>
          </w:p>
        </w:tc>
        <w:tc>
          <w:tcPr>
            <w:tcW w:type="dxa" w:w="3456"/>
            <w:shd w:fill="EAF3F6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2D5F73"/>
                <w:sz w:val="18"/>
              </w:rPr>
              <w:t>Print-friendly</w:t>
            </w:r>
          </w:p>
        </w:tc>
        <w:tc>
          <w:tcPr>
            <w:tcW w:type="dxa" w:w="3456"/>
            <w:shd w:fill="EAF3F6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2D5F73"/>
                <w:sz w:val="18"/>
              </w:rPr>
              <w:t>Classroom diagnostic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b/>
              </w:rPr>
              <w:t xml:space="preserve">Name: </w:t>
            </w:r>
            <w:r>
              <w:t>______________________________</w:t>
            </w:r>
          </w:p>
        </w:tc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b/>
              </w:rPr>
              <w:t xml:space="preserve">Date: </w:t>
            </w:r>
            <w:r>
              <w:t>______________________________</w:t>
            </w:r>
          </w:p>
        </w:tc>
      </w:tr>
      <w:tr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b/>
              </w:rPr>
              <w:t xml:space="preserve">Class / period: </w:t>
            </w:r>
            <w:r>
              <w:t>______________________________</w:t>
            </w:r>
          </w:p>
        </w:tc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sz w:val="17"/>
              </w:rPr>
              <w:t>Suggested time: 10 minutes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6D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CAD8DD"/>
              <w:left w:val="single" w:sz="6" w:color="CAD8DD"/>
              <w:bottom w:val="single" w:sz="6" w:color="CAD8DD"/>
              <w:right w:val="single" w:sz="6" w:color="CAD8DD"/>
            </w:tcBorders>
          </w:tcPr>
          <w:p>
            <w:r>
              <w:rPr>
                <w:b/>
                <w:color w:val="2D5F73"/>
              </w:rPr>
              <w:t xml:space="preserve">Directions  </w:t>
            </w:r>
            <w:r>
              <w:t>Complete the short pre-test without notes or a calculator unless your teacher says otherwise. Show enough work to make your method visible. This is a diagnostic, not a grade.</w:t>
            </w:r>
          </w:p>
        </w:tc>
      </w:tr>
    </w:tbl>
    <w:p/>
    <w:p>
      <w:pPr>
        <w:pStyle w:val="Heading1"/>
      </w:pPr>
      <w:r>
        <w:t>Part 1: Short Polynomial Pre-Test</w:t>
      </w:r>
    </w:p>
    <w:p>
      <w:r>
        <w:rPr>
          <w:sz w:val="17"/>
        </w:rPr>
        <w:t>Use this 10-question check before a unit or tutoring plan. Two questions per skill area is a screen, not a diagnosis, so use the longer assessment when the total is below 7 or the answers are inconsistent.</w:t>
      </w:r>
    </w:p>
    <w:p>
      <w:pPr>
        <w:keepNext/>
        <w:spacing w:before="100" w:after="40"/>
      </w:pPr>
      <w:r>
        <w:rPr>
          <w:b/>
          <w:color w:val="2D5F73"/>
        </w:rPr>
        <w:t xml:space="preserve">1. </w:t>
      </w:r>
      <w:r>
        <w:t>Rewrite 4 - 3x³ + 2x - x² in standard form. Then state the degree and leading coefficient.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2. </w:t>
      </w:r>
      <w:r>
        <w:t>Let p(x) = 2x² - 5x + 1. Find p(-2).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3. </w:t>
      </w:r>
      <w:r>
        <w:t>Simplify (3x² - 4x + 7) + (2x² + x - 5).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4. </w:t>
      </w:r>
      <w:r>
        <w:t>Multiply (x - 3)(x + 5).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5. </w:t>
      </w:r>
      <w:r>
        <w:t>Factor 6x³ - 24x completely.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Short Polynomial Pre-Test - Continued</w:t>
      </w:r>
    </w:p>
    <w:p>
      <w:pPr>
        <w:keepNext/>
        <w:spacing w:before="100" w:after="40"/>
      </w:pPr>
      <w:r>
        <w:rPr>
          <w:b/>
          <w:color w:val="2D5F73"/>
        </w:rPr>
        <w:t xml:space="preserve">6. </w:t>
      </w:r>
      <w:r>
        <w:t>Factor 2x² + 7x + 3.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7. </w:t>
      </w:r>
      <w:r>
        <w:t>Divide x³ + 2x² - 5x - 6 by x + 3.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8. </w:t>
      </w:r>
      <w:r>
        <w:t>Find the remainder when p(x) = x³ - 4x + 1 is divided by x - 2.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9. </w:t>
      </w:r>
      <w:r>
        <w:t>List the zeros and multiplicities of f(x) = (x + 1)²(x - 4).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10. </w:t>
      </w:r>
      <w:r>
        <w:t>For g(x) = -2(x + 2)(x - 1)², describe the end behavior and what the graph does at each zero.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pStyle w:val="Heading1"/>
      </w:pPr>
      <w:r>
        <w:t>Pre-Test Quick Score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2D5F73"/>
          </w:tcPr>
          <w:p>
            <w:r>
              <w:rPr>
                <w:b/>
                <w:color w:val="FFFFFF"/>
                <w:sz w:val="16"/>
              </w:rPr>
              <w:t>Foundations 1-2</w:t>
            </w:r>
          </w:p>
        </w:tc>
        <w:tc>
          <w:tcPr>
            <w:tcW w:type="dxa" w:w="2074"/>
            <w:shd w:fill="2D5F73"/>
          </w:tcPr>
          <w:p>
            <w:r>
              <w:rPr>
                <w:b/>
                <w:color w:val="FFFFFF"/>
                <w:sz w:val="16"/>
              </w:rPr>
              <w:t>Operations 3-4</w:t>
            </w:r>
          </w:p>
        </w:tc>
        <w:tc>
          <w:tcPr>
            <w:tcW w:type="dxa" w:w="2074"/>
            <w:shd w:fill="2D5F73"/>
          </w:tcPr>
          <w:p>
            <w:r>
              <w:rPr>
                <w:b/>
                <w:color w:val="FFFFFF"/>
                <w:sz w:val="16"/>
              </w:rPr>
              <w:t>Factoring 5-6</w:t>
            </w:r>
          </w:p>
        </w:tc>
        <w:tc>
          <w:tcPr>
            <w:tcW w:type="dxa" w:w="2074"/>
            <w:shd w:fill="2D5F73"/>
          </w:tcPr>
          <w:p>
            <w:r>
              <w:rPr>
                <w:b/>
                <w:color w:val="FFFFFF"/>
                <w:sz w:val="16"/>
              </w:rPr>
              <w:t>Division 7-8</w:t>
            </w:r>
          </w:p>
        </w:tc>
        <w:tc>
          <w:tcPr>
            <w:tcW w:type="dxa" w:w="2074"/>
            <w:shd w:fill="2D5F73"/>
          </w:tcPr>
          <w:p>
            <w:r>
              <w:rPr>
                <w:b/>
                <w:color w:val="FFFFFF"/>
                <w:sz w:val="16"/>
              </w:rPr>
              <w:t>Graphs 9-10</w:t>
            </w:r>
          </w:p>
        </w:tc>
      </w:tr>
      <w:tr>
        <w:tc>
          <w:tcPr>
            <w:tcW w:type="dxa" w:w="2074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t>___ / 2</w:t>
            </w:r>
          </w:p>
        </w:tc>
        <w:tc>
          <w:tcPr>
            <w:tcW w:type="dxa" w:w="2074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t>___ / 2</w:t>
            </w:r>
          </w:p>
        </w:tc>
        <w:tc>
          <w:tcPr>
            <w:tcW w:type="dxa" w:w="2074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t>___ / 2</w:t>
            </w:r>
          </w:p>
        </w:tc>
        <w:tc>
          <w:tcPr>
            <w:tcW w:type="dxa" w:w="2074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t>___ / 2</w:t>
            </w:r>
          </w:p>
        </w:tc>
        <w:tc>
          <w:tcPr>
            <w:tcW w:type="dxa" w:w="2074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t>___ / 2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3F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CAD8DD"/>
              <w:left w:val="single" w:sz="6" w:color="CAD8DD"/>
              <w:bottom w:val="single" w:sz="6" w:color="CAD8DD"/>
              <w:right w:val="single" w:sz="6" w:color="CAD8DD"/>
            </w:tcBorders>
          </w:tcPr>
          <w:p>
            <w:r>
              <w:rPr>
                <w:b/>
                <w:color w:val="2D5F73"/>
              </w:rPr>
              <w:t xml:space="preserve">Use the result  </w:t>
            </w:r>
            <w:r>
              <w:t>9-10: begin the unit. 7-8: begin with one targeted warm-up. 0-6: use the full diagnostic. A zero in any skill pair is a stronger signal than the total score.</w:t>
            </w:r>
          </w:p>
        </w:tc>
      </w:tr>
    </w:tbl>
    <w:p/>
    <w:p>
      <w:r>
        <w:br w:type="page"/>
      </w:r>
    </w:p>
    <w:p>
      <w:pPr>
        <w:pStyle w:val="Heading1"/>
      </w:pPr>
      <w:r>
        <w:t>Part 2: Full Polynomial Unit Diagnostic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b/>
              </w:rPr>
              <w:t xml:space="preserve">Name: </w:t>
            </w:r>
            <w:r>
              <w:t>______________________________</w:t>
            </w:r>
          </w:p>
        </w:tc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b/>
              </w:rPr>
              <w:t xml:space="preserve">Date: </w:t>
            </w:r>
            <w:r>
              <w:t>______________________________</w:t>
            </w:r>
          </w:p>
        </w:tc>
      </w:tr>
      <w:tr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b/>
              </w:rPr>
              <w:t xml:space="preserve">Class / period: </w:t>
            </w:r>
            <w:r>
              <w:t>______________________________</w:t>
            </w:r>
          </w:p>
        </w:tc>
        <w:tc>
          <w:tcPr>
            <w:tcW w:type="dxa" w:w="518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bottom w:val="single" w:sz="4" w:color="CAD8DD"/>
            </w:tcBorders>
          </w:tcPr>
          <w:p>
            <w:r>
              <w:rPr>
                <w:sz w:val="17"/>
              </w:rPr>
              <w:t>Suggested time: 35-45 minutes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3F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CAD8DD"/>
              <w:left w:val="single" w:sz="6" w:color="CAD8DD"/>
              <w:bottom w:val="single" w:sz="6" w:color="CAD8DD"/>
              <w:right w:val="single" w:sz="6" w:color="CAD8DD"/>
            </w:tcBorders>
          </w:tcPr>
          <w:p>
            <w:r>
              <w:rPr>
                <w:b/>
                <w:color w:val="2D5F73"/>
              </w:rPr>
              <w:t xml:space="preserve">Directions  </w:t>
            </w:r>
            <w:r>
              <w:t>Score one point per question. Show work for subtraction, multiplication, factoring, and division so the teacher can separate arithmetic slips from method gaps.</w:t>
            </w:r>
          </w:p>
        </w:tc>
      </w:tr>
    </w:tbl>
    <w:p/>
    <w:p>
      <w:pPr>
        <w:pStyle w:val="Heading2"/>
      </w:pPr>
      <w:r>
        <w:t>A. Vocabulary, Standard Form, and Evaluation</w:t>
      </w:r>
    </w:p>
    <w:p>
      <w:pPr>
        <w:keepNext/>
        <w:spacing w:before="100" w:after="40"/>
      </w:pPr>
      <w:r>
        <w:rPr>
          <w:b/>
          <w:color w:val="2D5F73"/>
        </w:rPr>
        <w:t xml:space="preserve">1. </w:t>
      </w:r>
      <w:r>
        <w:t>Rewrite 7 - 2x⁴ + 5x² - x in standard form. State the degree, leading coefficient, and constant term.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2. </w:t>
      </w:r>
      <w:r>
        <w:t>Classify 3x⁵ - x² + 4 by degree and number of terms.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3. </w:t>
      </w:r>
      <w:r>
        <w:t>Circle the expression that is not a polynomial: 4x³ - 2x + 1, 3/x + x², 5, or 2x⁴ - 7x².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4. </w:t>
      </w:r>
      <w:r>
        <w:t>For -6x³ + 2x² - 9, state the coefficient of x², the coefficient of x, and the constant term.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5. </w:t>
      </w:r>
      <w:r>
        <w:t>Let p(x) = 3x² + x - 4. Find p(-2).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6. </w:t>
      </w:r>
      <w:r>
        <w:t>Let q(x) = 4x² - 8x + 3. Find q(1/2).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7. </w:t>
      </w:r>
      <w:r>
        <w:t>If f(x) = x² - 3x + 2 and g(x) = 2x + 1, find f(3) + g(-1).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Heading2"/>
      </w:pPr>
      <w:r>
        <w:t>B. Adding, Subtracting, and Multiplying</w:t>
      </w:r>
    </w:p>
    <w:p>
      <w:pPr>
        <w:keepNext/>
        <w:spacing w:before="100" w:after="40"/>
      </w:pPr>
      <w:r>
        <w:rPr>
          <w:b/>
          <w:color w:val="2D5F73"/>
        </w:rPr>
        <w:t xml:space="preserve">8. </w:t>
      </w:r>
      <w:r>
        <w:t>Add (4x³ - 2x + 5) + (x³ + 6x² + 3x - 8).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9. </w:t>
      </w:r>
      <w:r>
        <w:t>Subtract (5x² - 3x + 7) - (2x² + 4x - 1).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10. </w:t>
      </w:r>
      <w:r>
        <w:t>Two regions have areas 3x² - 2x + 6 and x² + 5x - 4. Write a polynomial for their total area.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11. </w:t>
      </w:r>
      <w:r>
        <w:t>Multiply 3x(2x² - x + 4).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12. </w:t>
      </w:r>
      <w:r>
        <w:t>Multiply (x + 6)(x - 2).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13. </w:t>
      </w:r>
      <w:r>
        <w:t>Multiply (2x - 3)(x² + x + 4).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14. </w:t>
      </w:r>
      <w:r>
        <w:t>Expand (3x - 5)².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Heading2"/>
      </w:pPr>
      <w:r>
        <w:t>C. Factoring and Polynomial Division</w:t>
      </w:r>
    </w:p>
    <w:p>
      <w:pPr>
        <w:keepNext/>
        <w:spacing w:before="100" w:after="40"/>
      </w:pPr>
      <w:r>
        <w:rPr>
          <w:b/>
          <w:color w:val="2D5F73"/>
        </w:rPr>
        <w:t xml:space="preserve">15. </w:t>
      </w:r>
      <w:r>
        <w:t>Factor 12x⁴ - 18x³.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16. </w:t>
      </w:r>
      <w:r>
        <w:t>Factor x² - x - 20.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17. </w:t>
      </w:r>
      <w:r>
        <w:t>Factor 6x² + 13x + 6.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18. </w:t>
      </w:r>
      <w:r>
        <w:t>Factor 4x³ - 36x completely.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19. </w:t>
      </w:r>
      <w:r>
        <w:t>Factor x³ + 2x² - 9x - 18 completely.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20. </w:t>
      </w:r>
      <w:r>
        <w:t>Divide 2x³ + 3x² - 11x - 6 by x + 3.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21. </w:t>
      </w:r>
      <w:r>
        <w:t>Divide x³ - 5x + 7 by x - 2. Write the quotient and remainder.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22. </w:t>
      </w:r>
      <w:r>
        <w:t>Is x - 4 a factor of p(x) = x³ - 6x² + 5x + 12? Show the quickest check.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Heading2"/>
      </w:pPr>
      <w:r>
        <w:t>D. Zeros and Graphs</w:t>
      </w:r>
    </w:p>
    <w:p>
      <w:pPr>
        <w:keepNext/>
        <w:spacing w:before="100" w:after="40"/>
      </w:pPr>
      <w:r>
        <w:rPr>
          <w:b/>
          <w:color w:val="2D5F73"/>
        </w:rPr>
        <w:t xml:space="preserve">23. </w:t>
      </w:r>
      <w:r>
        <w:t>For f(x) = (x + 3)(x - 1)², list the zeros and state whether the graph crosses or touches at each one.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24. </w:t>
      </w:r>
      <w:r>
        <w:t>For g(x) = -x³ + 4x, find the zeros and describe the end behavior.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keepNext/>
        <w:spacing w:before="100" w:after="40"/>
      </w:pPr>
      <w:r>
        <w:rPr>
          <w:b/>
          <w:color w:val="2D5F73"/>
        </w:rPr>
        <w:t xml:space="preserve">25. </w:t>
      </w:r>
      <w:r>
        <w:t>Choose the equation whose graph has a zero at -2 where it touches, a zero at 1 where it crosses, and left-down/right-up end behavior: A. (x + 2)²(x - 1), B. -(x + 2)(x - 1)², C. (x + 2)(x - 1), D. -(x + 2)²(x - 1)².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pPr>
        <w:spacing w:after="0" w:line="192" w:lineRule="auto"/>
      </w:pPr>
      <w:r>
        <w:rPr>
          <w:color w:val="B9BEC0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Student Score Profile</w:t>
      </w:r>
    </w:p>
    <w:p>
      <w:r>
        <w:t>Score one point per question. Record section totals before looking at the overall score; the section pattern is what determines the next assignment.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fill="2D5F73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Skill area</w:t>
            </w:r>
          </w:p>
        </w:tc>
        <w:tc>
          <w:tcPr>
            <w:tcW w:type="dxa" w:w="1728"/>
            <w:shd w:fill="2D5F73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Questions</w:t>
            </w:r>
          </w:p>
        </w:tc>
        <w:tc>
          <w:tcPr>
            <w:tcW w:type="dxa" w:w="1728"/>
            <w:shd w:fill="2D5F73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Points</w:t>
            </w:r>
          </w:p>
        </w:tc>
        <w:tc>
          <w:tcPr>
            <w:tcW w:type="dxa" w:w="1728"/>
            <w:shd w:fill="2D5F73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Secure</w:t>
            </w:r>
          </w:p>
        </w:tc>
        <w:tc>
          <w:tcPr>
            <w:tcW w:type="dxa" w:w="1728"/>
            <w:shd w:fill="2D5F73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Developing</w:t>
            </w:r>
          </w:p>
        </w:tc>
        <w:tc>
          <w:tcPr>
            <w:tcW w:type="dxa" w:w="1728"/>
            <w:shd w:fill="2D5F73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t>Needs work</w:t>
            </w:r>
          </w:p>
        </w:tc>
      </w:tr>
      <w:tr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Foundations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1-7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___ / 7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EAF4F2"/>
          </w:tcPr>
          <w:p>
            <w:pPr>
              <w:jc w:val="center"/>
            </w:pPr>
            <w:r>
              <w:t>6-7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6DF"/>
          </w:tcPr>
          <w:p>
            <w:pPr>
              <w:jc w:val="center"/>
            </w:pPr>
            <w:r>
              <w:t>4-5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CEDEC"/>
          </w:tcPr>
          <w:p>
            <w:pPr>
              <w:jc w:val="center"/>
            </w:pPr>
            <w:r>
              <w:t>0-3</w:t>
            </w:r>
          </w:p>
        </w:tc>
      </w:tr>
      <w:tr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Operations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8-14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___ / 7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EAF4F2"/>
          </w:tcPr>
          <w:p>
            <w:pPr>
              <w:jc w:val="center"/>
            </w:pPr>
            <w:r>
              <w:t>6-7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6DF"/>
          </w:tcPr>
          <w:p>
            <w:pPr>
              <w:jc w:val="center"/>
            </w:pPr>
            <w:r>
              <w:t>4-5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CEDEC"/>
          </w:tcPr>
          <w:p>
            <w:pPr>
              <w:jc w:val="center"/>
            </w:pPr>
            <w:r>
              <w:t>0-3</w:t>
            </w:r>
          </w:p>
        </w:tc>
      </w:tr>
      <w:tr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Factoring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15-19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___ / 5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EAF4F2"/>
          </w:tcPr>
          <w:p>
            <w:pPr>
              <w:jc w:val="center"/>
            </w:pPr>
            <w:r>
              <w:t>4-5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6DF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CEDEC"/>
          </w:tcPr>
          <w:p>
            <w:pPr>
              <w:jc w:val="center"/>
            </w:pPr>
            <w:r>
              <w:t>0-2</w:t>
            </w:r>
          </w:p>
        </w:tc>
      </w:tr>
      <w:tr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Division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20-22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___ / 3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EAF4F2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6DF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CEDEC"/>
          </w:tcPr>
          <w:p>
            <w:pPr>
              <w:jc w:val="center"/>
            </w:pPr>
            <w:r>
              <w:t>0-1</w:t>
            </w:r>
          </w:p>
        </w:tc>
      </w:tr>
      <w:tr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Zeros and graphs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23-25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t>___ / 3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EAF4F2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FF6DF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CEDEC"/>
          </w:tcPr>
          <w:p>
            <w:pPr>
              <w:jc w:val="center"/>
            </w:pPr>
            <w:r>
              <w:t>0-1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Overall score:  ____ / 25</w:t>
            </w:r>
          </w:p>
        </w:tc>
        <w:tc>
          <w:tcPr>
            <w:tcW w:type="dxa" w:w="5184"/>
            <w:shd w:fill="EAF3F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Recommended starting assignment:  ______________________________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3F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CAD8DD"/>
              <w:left w:val="single" w:sz="6" w:color="CAD8DD"/>
              <w:bottom w:val="single" w:sz="6" w:color="CAD8DD"/>
              <w:right w:val="single" w:sz="6" w:color="CAD8DD"/>
            </w:tcBorders>
          </w:tcPr>
          <w:p>
            <w:r>
              <w:rPr>
                <w:b/>
                <w:color w:val="2D5F73"/>
              </w:rPr>
              <w:t xml:space="preserve">Overall bands  </w:t>
            </w:r>
            <w:r>
              <w:t>22-25: ready for advanced polynomial work. 18-21: generally ready with targeted review. 13-17: use structured remediation. 0-12: reteach prerequisite skills before a full polynomial unit.</w:t>
            </w:r>
          </w:p>
        </w:tc>
      </w:tr>
    </w:tbl>
    <w:p/>
    <w:p>
      <w:r>
        <w:br w:type="page"/>
      </w:r>
    </w:p>
    <w:p>
      <w:pPr>
        <w:pStyle w:val="Heading1"/>
      </w:pPr>
      <w:r>
        <w:t>Graph-Matching Remediation Activity</w:t>
      </w:r>
    </w:p>
    <w:p>
      <w:r>
        <w:rPr>
          <w:sz w:val="17"/>
        </w:rPr>
        <w:t>Match each graph to one equation from the bank and one feature description. Use zeros, multiplicity, degree, and leading coefficient; do not rely on the picture alone.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9360"/>
            <w:vAlign w:val="center"/>
            <w:gridSpan w:val="2"/>
            <w:shd w:fill="F3F7F8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jc w:val="center"/>
            </w:pPr>
            <w:r>
              <w:rPr>
                <w:b/>
                <w:color w:val="1E4E5C"/>
                <w:sz w:val="17"/>
              </w:rPr>
              <w:t>Equation bank - use each equation once</w:t>
            </w:r>
          </w:p>
        </w:tc>
      </w:tr>
      <w:tr>
        <w:tc>
          <w:tcPr>
            <w:tcW w:type="dxa" w:w="4680"/>
            <w:vAlign w:val="center"/>
            <w:shd w:fill="F3F7F8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jc w:val="center"/>
            </w:pPr>
            <w:r>
              <w:rPr>
                <w:sz w:val="16"/>
              </w:rPr>
              <w:t>I.  y = -(x - 2)²(x + 3)²</w:t>
            </w:r>
          </w:p>
        </w:tc>
        <w:tc>
          <w:tcPr>
            <w:tcW w:type="dxa" w:w="4680"/>
            <w:vAlign w:val="center"/>
            <w:shd w:fill="F3F7F8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jc w:val="center"/>
            </w:pPr>
            <w:r>
              <w:rPr>
                <w:sz w:val="16"/>
              </w:rPr>
              <w:t>II.  y = (x + 3)(x - 2)</w:t>
            </w:r>
          </w:p>
        </w:tc>
      </w:tr>
      <w:tr>
        <w:tc>
          <w:tcPr>
            <w:tcW w:type="dxa" w:w="4680"/>
            <w:vAlign w:val="center"/>
            <w:shd w:fill="F3F7F8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jc w:val="center"/>
            </w:pPr>
            <w:r>
              <w:rPr>
                <w:sz w:val="16"/>
              </w:rPr>
              <w:t>III.  y = (x + 3)²(x - 2)</w:t>
            </w:r>
          </w:p>
        </w:tc>
        <w:tc>
          <w:tcPr>
            <w:tcW w:type="dxa" w:w="4680"/>
            <w:vAlign w:val="center"/>
            <w:shd w:fill="F3F7F8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jc w:val="center"/>
            </w:pPr>
            <w:r>
              <w:rPr>
                <w:sz w:val="16"/>
              </w:rPr>
              <w:t>IV.  y = -(x + 3)(x - 2)²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185742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ph_A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574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185742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ph_B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574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184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1857427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ph_C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574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1857427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ph_D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574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16"/>
        </w:rPr>
        <w:t>1. Crosses at both x = -3 and x = 2; both ends rise.  Graph: ____  Equation: ____</w:t>
      </w:r>
    </w:p>
    <w:p>
      <w:r>
        <w:rPr>
          <w:sz w:val="16"/>
        </w:rPr>
        <w:t>2. Touches at both x = -3 and x = 2; both ends fall.  Graph: ____  Equation: ____</w:t>
      </w:r>
    </w:p>
    <w:p>
      <w:r>
        <w:rPr>
          <w:sz w:val="16"/>
        </w:rPr>
        <w:t>3. Crosses at x = -3, touches at x = 2; left up/right down.  Graph: ____  Equation: ____</w:t>
      </w:r>
    </w:p>
    <w:p>
      <w:r>
        <w:rPr>
          <w:sz w:val="16"/>
        </w:rPr>
        <w:t>4. Touches at x = -3, crosses at x = 2; left down/right up.  Graph: ____  Equation: ____</w:t>
      </w:r>
    </w:p>
    <w:p>
      <w:r>
        <w:rPr>
          <w:sz w:val="16"/>
        </w:rPr>
        <w:t>Explain one match using a zero, multiplicity, and end-behavior statement:</w:t>
      </w:r>
    </w:p>
    <w:p>
      <w: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F6B70"/>
        <w:sz w:val="16"/>
      </w:rPr>
      <w:t xml:space="preserve">burketutoringinfremont.com/polynomial-diagnostic-test/  |  </w:t>
    </w:r>
    <w: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477B7A"/>
        <w:sz w:val="16"/>
      </w:rPr>
      <w:t>BURKE TUTORING IN FREMONT  |  POLYNOMIAL SKILLS DIAGNOSTIC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4343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D5F7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77B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4343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Aptos Display" w:hAnsi="Aptos Display"/>
      <w:b/>
      <w:color w:val="2D5F73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ptos" w:hAnsi="Aptos"/>
      <w:color w:val="5F6B7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Polynomial Skills Diagnostic Assessment - Student Version</dc:title>
  <dc:subject>Polynomial diagnostic assessment for Algebra I and Algebra II</dc:subject>
  <dc:creator>Berke Sahbazoglu</dc:creator>
  <cp:keywords>polynomial diagnostic test, polynomial assessment, algebra worksheet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