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DejaVu Serif" w:hAnsi="DejaVu Serif"/>
          <w:b/>
          <w:i w:val="0"/>
          <w:color w:val="3E7C78"/>
          <w:sz w:val="17"/>
        </w:rPr>
        <w:t>FREE CLASSROOM RESOURCE</w:t>
      </w:r>
    </w:p>
    <w:p>
      <w:pPr>
        <w:spacing w:after="100"/>
        <w:jc w:val="center"/>
      </w:pPr>
      <w:r>
        <w:rPr>
          <w:rFonts w:ascii="DejaVu Sans" w:hAnsi="DejaVu Sans"/>
          <w:b/>
          <w:color w:val="285E72"/>
          <w:sz w:val="46"/>
        </w:rPr>
        <w:t>Polynomial Error Analysis Worksheet</w:t>
      </w:r>
    </w:p>
    <w:p>
      <w:pPr>
        <w:spacing w:after="60"/>
        <w:jc w:val="center"/>
      </w:pPr>
      <w:r>
        <w:rPr>
          <w:rFonts w:ascii="DejaVu Serif" w:hAnsi="DejaVu Serif"/>
          <w:b w:val="0"/>
          <w:i w:val="0"/>
          <w:color w:val="60717A"/>
          <w:sz w:val="24"/>
        </w:rPr>
        <w:t>Find, explain, and correct nine common polynomial mistakes</w:t>
      </w:r>
    </w:p>
    <w:tbl>
      <w:tblPr>
        <w:tblW w:type="auto" w:w="0"/>
        <w:jc w:val="center"/>
        <w:tblLook w:firstColumn="1" w:firstRow="1" w:lastColumn="0" w:lastRow="0" w:noHBand="0" w:noVBand="1" w:val="04A0"/>
      </w:tblPr>
      <w:tblGrid>
        <w:gridCol w:w="3485"/>
        <w:gridCol w:w="3485"/>
        <w:gridCol w:w="3485"/>
      </w:tblGrid>
      <w:tr>
        <w:tc>
          <w:tcPr>
            <w:tcW w:type="dxa" w:w="3485"/>
            <w:shd w:fill="EAF3F6"/>
            <w:tcMar>
              <w:top w:w="100" w:type="dxa"/>
              <w:start w:w="100" w:type="dxa"/>
              <w:bottom w:w="100" w:type="dxa"/>
              <w:end w:w="100" w:type="dxa"/>
            </w:tcMar>
            <w:vAlign w:val="center"/>
          </w:tcPr>
          <w:p>
            <w:pPr>
              <w:jc w:val="center"/>
            </w:pPr>
            <w:r>
              <w:rPr>
                <w:rFonts w:ascii="DejaVu Sans" w:hAnsi="DejaVu Sans"/>
                <w:b/>
                <w:color w:val="285E72"/>
                <w:sz w:val="18"/>
              </w:rPr>
              <w:t>Algebra I &amp; II</w:t>
            </w:r>
          </w:p>
        </w:tc>
        <w:tc>
          <w:tcPr>
            <w:tcW w:type="dxa" w:w="3485"/>
            <w:shd w:fill="EAF3F6"/>
            <w:tcMar>
              <w:top w:w="100" w:type="dxa"/>
              <w:start w:w="100" w:type="dxa"/>
              <w:bottom w:w="100" w:type="dxa"/>
              <w:end w:w="100" w:type="dxa"/>
            </w:tcMar>
            <w:vAlign w:val="center"/>
          </w:tcPr>
          <w:p>
            <w:pPr>
              <w:jc w:val="center"/>
            </w:pPr>
            <w:r>
              <w:rPr>
                <w:rFonts w:ascii="DejaVu Sans" w:hAnsi="DejaVu Sans"/>
                <w:b/>
                <w:color w:val="285E72"/>
                <w:sz w:val="18"/>
              </w:rPr>
              <w:t>9 error-analysis cases</w:t>
            </w:r>
          </w:p>
        </w:tc>
        <w:tc>
          <w:tcPr>
            <w:tcW w:type="dxa" w:w="3485"/>
            <w:shd w:fill="EAF3F6"/>
            <w:tcMar>
              <w:top w:w="100" w:type="dxa"/>
              <w:start w:w="100" w:type="dxa"/>
              <w:bottom w:w="100" w:type="dxa"/>
              <w:end w:w="100" w:type="dxa"/>
            </w:tcMar>
            <w:vAlign w:val="center"/>
          </w:tcPr>
          <w:p>
            <w:pPr>
              <w:jc w:val="center"/>
            </w:pPr>
            <w:r>
              <w:rPr>
                <w:rFonts w:ascii="DejaVu Sans" w:hAnsi="DejaVu Sans"/>
                <w:b/>
                <w:color w:val="285E72"/>
                <w:sz w:val="18"/>
              </w:rPr>
              <w:t>Editable teacher file</w:t>
            </w:r>
          </w:p>
        </w:tc>
      </w:tr>
    </w:tbl>
    <w:p/>
    <w:tbl>
      <w:tblPr>
        <w:tblW w:type="auto" w:w="0"/>
        <w:jc w:val="center"/>
        <w:tblLook w:firstColumn="1" w:firstRow="1" w:lastColumn="0" w:lastRow="0" w:noHBand="0" w:noVBand="1" w:val="04A0"/>
      </w:tblPr>
      <w:tblGrid>
        <w:gridCol w:w="5227"/>
        <w:gridCol w:w="5227"/>
      </w:tblGrid>
      <w:tr>
        <w:tc>
          <w:tcPr>
            <w:tcW w:type="dxa" w:w="5227"/>
          </w:tcPr>
          <w:p>
            <w:r>
              <w:rPr>
                <w:rFonts w:ascii="DejaVu Serif" w:hAnsi="DejaVu Serif"/>
                <w:sz w:val="19"/>
              </w:rPr>
              <w:t>Name: __________________________</w:t>
            </w:r>
          </w:p>
        </w:tc>
        <w:tc>
          <w:tcPr>
            <w:tcW w:type="dxa" w:w="5227"/>
          </w:tcPr>
          <w:p>
            <w:r>
              <w:rPr>
                <w:rFonts w:ascii="DejaVu Serif" w:hAnsi="DejaVu Serif"/>
                <w:sz w:val="19"/>
              </w:rPr>
              <w:t>Date: __________________</w:t>
            </w:r>
          </w:p>
        </w:tc>
      </w:tr>
      <w:tr>
        <w:tc>
          <w:tcPr>
            <w:tcW w:type="dxa" w:w="5227"/>
          </w:tcPr>
          <w:p>
            <w:r>
              <w:rPr>
                <w:rFonts w:ascii="DejaVu Serif" w:hAnsi="DejaVu Serif"/>
                <w:sz w:val="19"/>
              </w:rPr>
              <w:t>Class / period: __________________</w:t>
            </w:r>
          </w:p>
        </w:tc>
        <w:tc>
          <w:tcPr>
            <w:tcW w:type="dxa" w:w="5227"/>
          </w:tcPr>
          <w:p>
            <w:r>
              <w:rPr>
                <w:rFonts w:ascii="DejaVu Serif" w:hAnsi="DejaVu Serif"/>
                <w:sz w:val="19"/>
              </w:rPr>
              <w:t>Suggested time: 35-45 minutes</w:t>
            </w:r>
          </w:p>
        </w:tc>
      </w:tr>
    </w:tbl>
    <w:tbl>
      <w:tblPr>
        <w:tblW w:type="auto" w:w="0"/>
        <w:jc w:val="center"/>
        <w:tblLayout w:type="fixed"/>
        <w:tblLook w:firstColumn="1" w:firstRow="1" w:lastColumn="0" w:lastRow="0" w:noHBand="0" w:noVBand="1" w:val="04A0"/>
      </w:tblPr>
      <w:tblGrid>
        <w:gridCol w:w="10368"/>
      </w:tblGrid>
      <w:tr>
        <w:tc>
          <w:tcPr>
            <w:tcW w:type="dxa" w:w="10454"/>
            <w:shd w:fill="FFF5D8"/>
            <w:tcMar>
              <w:top w:w="150" w:type="dxa"/>
              <w:start w:w="160" w:type="dxa"/>
              <w:bottom w:w="150" w:type="dxa"/>
              <w:end w:w="160" w:type="dxa"/>
            </w:tcMar>
          </w:tcPr>
          <w:p>
            <w:r>
              <w:rPr>
                <w:rFonts w:ascii="DejaVu Sans" w:hAnsi="DejaVu Sans"/>
                <w:b/>
                <w:color w:val="285E72"/>
                <w:sz w:val="19"/>
              </w:rPr>
              <w:t xml:space="preserve">Directions  </w:t>
            </w:r>
            <w:r>
              <w:rPr>
                <w:rFonts w:ascii="DejaVu Serif" w:hAnsi="DejaVu Serif"/>
                <w:color w:val="26363E"/>
                <w:sz w:val="19"/>
              </w:rPr>
              <w:t>Do not just replace the final answer. Mark the first wrong step, explain the rule in plain language, repair the work, and add one quick check.</w:t>
            </w:r>
          </w:p>
        </w:tc>
      </w:tr>
    </w:tbl>
    <w:p>
      <w:pPr>
        <w:spacing w:after="100"/>
        <w:jc w:val="left"/>
      </w:pPr>
      <w:r>
        <w:rPr>
          <w:rFonts w:ascii="DejaVu Sans" w:hAnsi="DejaVu Sans"/>
          <w:b/>
          <w:color w:val="285E72"/>
          <w:sz w:val="32"/>
        </w:rPr>
        <w:t>The four-step routine</w:t>
      </w:r>
    </w:p>
    <w:p>
      <w:pPr>
        <w:jc w:val="center"/>
      </w:pPr>
      <w:r>
        <w:drawing>
          <wp:inline xmlns:a="http://schemas.openxmlformats.org/drawingml/2006/main" xmlns:pic="http://schemas.openxmlformats.org/drawingml/2006/picture">
            <wp:extent cx="6446520" cy="2417445"/>
            <wp:docPr id="1" name="Picture 1"/>
            <wp:cNvGraphicFramePr>
              <a:graphicFrameLocks noChangeAspect="1"/>
            </wp:cNvGraphicFramePr>
            <a:graphic>
              <a:graphicData uri="http://schemas.openxmlformats.org/drawingml/2006/picture">
                <pic:pic>
                  <pic:nvPicPr>
                    <pic:cNvPr id="0" name="four_step_process.png"/>
                    <pic:cNvPicPr/>
                  </pic:nvPicPr>
                  <pic:blipFill>
                    <a:blip r:embed="rId11"/>
                    <a:stretch>
                      <a:fillRect/>
                    </a:stretch>
                  </pic:blipFill>
                  <pic:spPr>
                    <a:xfrm>
                      <a:off x="0" y="0"/>
                      <a:ext cx="6446520" cy="2417445"/>
                    </a:xfrm>
                    <a:prstGeom prst="rect"/>
                  </pic:spPr>
                </pic:pic>
              </a:graphicData>
            </a:graphic>
          </wp:inline>
        </w:drawing>
      </w:r>
    </w:p>
    <w:p>
      <w:pPr>
        <w:spacing w:after="100"/>
        <w:jc w:val="left"/>
      </w:pPr>
      <w:r>
        <w:rPr>
          <w:rFonts w:ascii="DejaVu Sans" w:hAnsi="DejaVu Sans"/>
          <w:b/>
          <w:color w:val="285E72"/>
          <w:sz w:val="32"/>
        </w:rPr>
        <w:t>Worked example</w:t>
      </w:r>
    </w:p>
    <w:tbl>
      <w:tblPr>
        <w:tblW w:type="auto" w:w="0"/>
        <w:jc w:val="center"/>
        <w:tblLayout w:type="fixed"/>
        <w:tblLook w:firstColumn="1" w:firstRow="1" w:lastColumn="0" w:lastRow="0" w:noHBand="0" w:noVBand="1" w:val="04A0"/>
      </w:tblPr>
      <w:tblGrid>
        <w:gridCol w:w="10368"/>
      </w:tblGrid>
      <w:tr>
        <w:tc>
          <w:tcPr>
            <w:tcW w:type="dxa" w:w="10454"/>
            <w:shd w:fill="FCEBE7"/>
            <w:tcMar>
              <w:top w:w="150" w:type="dxa"/>
              <w:start w:w="160" w:type="dxa"/>
              <w:bottom w:w="150" w:type="dxa"/>
              <w:end w:w="160" w:type="dxa"/>
            </w:tcMar>
          </w:tcPr>
          <w:p>
            <w:r>
              <w:rPr>
                <w:rFonts w:ascii="DejaVu Sans" w:hAnsi="DejaVu Sans"/>
                <w:b/>
                <w:color w:val="285E72"/>
                <w:sz w:val="19"/>
              </w:rPr>
              <w:t xml:space="preserve">Student work:  </w:t>
            </w:r>
            <w:r>
              <w:rPr>
                <w:rFonts w:ascii="DejaVu Serif" w:hAnsi="DejaVu Serif"/>
                <w:color w:val="26363E"/>
                <w:sz w:val="19"/>
              </w:rPr>
              <w:t>2x + 5x = 7x²</w:t>
            </w:r>
          </w:p>
        </w:tc>
      </w:tr>
    </w:tbl>
    <w:tbl>
      <w:tblPr>
        <w:tblW w:type="auto" w:w="0"/>
        <w:jc w:val="center"/>
        <w:tblLayout w:type="fixed"/>
        <w:tblLook w:firstColumn="1" w:firstRow="1" w:lastColumn="0" w:lastRow="0" w:noHBand="0" w:noVBand="1" w:val="04A0"/>
      </w:tblPr>
      <w:tblGrid>
        <w:gridCol w:w="10368"/>
      </w:tblGrid>
      <w:tr>
        <w:tc>
          <w:tcPr>
            <w:tcW w:type="dxa" w:w="10454"/>
            <w:shd w:fill="E8F3F0"/>
            <w:tcMar>
              <w:top w:w="150" w:type="dxa"/>
              <w:start w:w="160" w:type="dxa"/>
              <w:bottom w:w="150" w:type="dxa"/>
              <w:end w:w="160" w:type="dxa"/>
            </w:tcMar>
          </w:tcPr>
          <w:p>
            <w:r>
              <w:rPr>
                <w:rFonts w:ascii="DejaVu Sans" w:hAnsi="DejaVu Sans"/>
                <w:b/>
                <w:color w:val="285E72"/>
                <w:sz w:val="19"/>
              </w:rPr>
              <w:t xml:space="preserve">Correction:  </w:t>
            </w:r>
            <w:r>
              <w:rPr>
                <w:rFonts w:ascii="DejaVu Serif" w:hAnsi="DejaVu Serif"/>
                <w:color w:val="26363E"/>
                <w:sz w:val="19"/>
              </w:rPr>
              <w:t>The exponent does not change when like terms are combined. The corrected answer is 7x. At x = 3, the original and corrected expressions both equal 21.</w:t>
            </w:r>
          </w:p>
        </w:tc>
      </w:tr>
    </w:tbl>
    <w:p>
      <w:pPr>
        <w:spacing w:after="60"/>
        <w:jc w:val="left"/>
      </w:pPr>
      <w:r>
        <w:rPr>
          <w:rFonts w:ascii="DejaVu Serif" w:hAnsi="DejaVu Serif"/>
          <w:b w:val="0"/>
          <w:i w:val="0"/>
          <w:color w:val="60717A"/>
          <w:sz w:val="16"/>
        </w:rPr>
        <w:t>Teacher scoring option: 1 point each for location, explanation, correction, and verification. Total: 36 points.</w:t>
      </w:r>
    </w:p>
    <w:p>
      <w:r>
        <w:br w:type="page"/>
      </w:r>
    </w:p>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val="0"/>
            </w:pPr>
            <w:r>
              <w:rPr>
                <w:rFonts w:ascii="DejaVu Sans" w:hAnsi="DejaVu Sans"/>
                <w:b/>
                <w:color w:val="285E72"/>
                <w:sz w:val="24"/>
              </w:rPr>
              <w:t>Case 1: Maya - Combining unlike terms</w:t>
            </w:r>
          </w:p>
          <w:p>
            <w:r>
              <w:rPr>
                <w:rFonts w:ascii="DejaVu Serif" w:hAnsi="DejaVu Serif"/>
                <w:i/>
                <w:color w:val="60717A"/>
                <w:sz w:val="18"/>
              </w:rPr>
              <w:t>"I combined the x terms. The little powers felt close enough."</w:t>
            </w:r>
          </w:p>
          <w:p>
            <w:r>
              <w:rPr>
                <w:rFonts w:ascii="DejaVu Serif" w:hAnsi="DejaVu Serif"/>
                <w:b/>
                <w:sz w:val="19"/>
              </w:rPr>
              <w:t xml:space="preserve">Problem: </w:t>
            </w:r>
            <w:r>
              <w:rPr>
                <w:rFonts w:ascii="DejaVu Serif" w:hAnsi="DejaVu Serif"/>
                <w:sz w:val="19"/>
              </w:rPr>
              <w:t>Simplify 3x² + 4x - 5 + 2x² - x + 8.</w:t>
            </w:r>
          </w:p>
          <w:p>
            <w:r>
              <w:rPr>
                <w:rFonts w:ascii="DejaVu Sans" w:hAnsi="DejaVu Sans"/>
                <w:b/>
                <w:color w:val="B75343"/>
                <w:sz w:val="17"/>
              </w:rPr>
              <w:t xml:space="preserve">Maya's work: </w:t>
            </w:r>
            <w:r>
              <w:rPr>
                <w:rFonts w:ascii="DejaVu Serif" w:hAnsi="DejaVu Serif"/>
                <w:sz w:val="17"/>
              </w:rPr>
              <w:t>3x² + 4x - 5 + 2x² - x + 8</w:t>
              <w:br/>
              <w:t>= 5x² + 3x + 3</w:t>
              <w:br/>
              <w:t>= 8x³ + 3</w:t>
            </w:r>
          </w:p>
          <w:p>
            <w:pPr>
              <w:jc w:val="center"/>
            </w:pPr>
            <w:r>
              <w:drawing>
                <wp:inline xmlns:a="http://schemas.openxmlformats.org/drawingml/2006/main" xmlns:pic="http://schemas.openxmlformats.org/drawingml/2006/picture">
                  <wp:extent cx="6080760" cy="1563624"/>
                  <wp:docPr id="2" name="Picture 2"/>
                  <wp:cNvGraphicFramePr>
                    <a:graphicFrameLocks noChangeAspect="1"/>
                  </wp:cNvGraphicFramePr>
                  <a:graphic>
                    <a:graphicData uri="http://schemas.openxmlformats.org/drawingml/2006/picture">
                      <pic:pic>
                        <pic:nvPicPr>
                          <pic:cNvPr id="0" name="case1.png"/>
                          <pic:cNvPicPr/>
                        </pic:nvPicPr>
                        <pic:blipFill>
                          <a:blip r:embed="rId12"/>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val="0"/>
            </w:pPr>
            <w:r>
              <w:rPr>
                <w:rFonts w:ascii="DejaVu Sans" w:hAnsi="DejaVu Sans"/>
                <w:b/>
                <w:color w:val="285E72"/>
                <w:sz w:val="24"/>
              </w:rPr>
              <w:t>Case 2: Jordan - Losing a negative sign</w:t>
            </w:r>
          </w:p>
          <w:p>
            <w:r>
              <w:rPr>
                <w:rFonts w:ascii="DejaVu Serif" w:hAnsi="DejaVu Serif"/>
                <w:i/>
                <w:color w:val="60717A"/>
                <w:sz w:val="18"/>
              </w:rPr>
              <w:t>"I changed the first sign after the minus. I thought that covered it."</w:t>
            </w:r>
          </w:p>
          <w:p>
            <w:r>
              <w:rPr>
                <w:rFonts w:ascii="DejaVu Serif" w:hAnsi="DejaVu Serif"/>
                <w:b/>
                <w:sz w:val="19"/>
              </w:rPr>
              <w:t xml:space="preserve">Problem: </w:t>
            </w:r>
            <w:r>
              <w:rPr>
                <w:rFonts w:ascii="DejaVu Serif" w:hAnsi="DejaVu Serif"/>
                <w:sz w:val="19"/>
              </w:rPr>
              <w:t>Subtract (5x² - 2x + 6) - (3x² + 4x - 1).</w:t>
            </w:r>
          </w:p>
          <w:p>
            <w:r>
              <w:rPr>
                <w:rFonts w:ascii="DejaVu Sans" w:hAnsi="DejaVu Sans"/>
                <w:b/>
                <w:color w:val="B75343"/>
                <w:sz w:val="17"/>
              </w:rPr>
              <w:t xml:space="preserve">Jordan's work: </w:t>
            </w:r>
            <w:r>
              <w:rPr>
                <w:rFonts w:ascii="DejaVu Serif" w:hAnsi="DejaVu Serif"/>
                <w:sz w:val="17"/>
              </w:rPr>
              <w:t>(5x² - 2x + 6) - (3x² + 4x - 1)</w:t>
              <w:br/>
              <w:t>= 5x² - 2x + 6 - 3x² + 4x - 1</w:t>
              <w:br/>
              <w:t>= 2x² + 2x + 5</w:t>
            </w:r>
          </w:p>
          <w:p>
            <w:pPr>
              <w:jc w:val="center"/>
            </w:pPr>
            <w:r>
              <w:drawing>
                <wp:inline xmlns:a="http://schemas.openxmlformats.org/drawingml/2006/main" xmlns:pic="http://schemas.openxmlformats.org/drawingml/2006/picture">
                  <wp:extent cx="6080760" cy="1563624"/>
                  <wp:docPr id="3" name="Picture 3"/>
                  <wp:cNvGraphicFramePr>
                    <a:graphicFrameLocks noChangeAspect="1"/>
                  </wp:cNvGraphicFramePr>
                  <a:graphic>
                    <a:graphicData uri="http://schemas.openxmlformats.org/drawingml/2006/picture">
                      <pic:pic>
                        <pic:nvPicPr>
                          <pic:cNvPr id="0" name="case2.png"/>
                          <pic:cNvPicPr/>
                        </pic:nvPicPr>
                        <pic:blipFill>
                          <a:blip r:embed="rId13"/>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3: Lena - Distributing exponents incorrectly</w:t>
            </w:r>
          </w:p>
          <w:p>
            <w:r>
              <w:rPr>
                <w:rFonts w:ascii="DejaVu Serif" w:hAnsi="DejaVu Serif"/>
                <w:i/>
                <w:color w:val="60717A"/>
                <w:sz w:val="18"/>
              </w:rPr>
              <w:t>"The 2 outside looked like a multiplier, so I doubled the 3."</w:t>
            </w:r>
          </w:p>
          <w:p>
            <w:r>
              <w:rPr>
                <w:rFonts w:ascii="DejaVu Serif" w:hAnsi="DejaVu Serif"/>
                <w:b/>
                <w:sz w:val="19"/>
              </w:rPr>
              <w:t xml:space="preserve">Problem: </w:t>
            </w:r>
            <w:r>
              <w:rPr>
                <w:rFonts w:ascii="DejaVu Serif" w:hAnsi="DejaVu Serif"/>
                <w:sz w:val="19"/>
              </w:rPr>
              <w:t>Simplify (3x²y)².</w:t>
            </w:r>
          </w:p>
          <w:p>
            <w:r>
              <w:rPr>
                <w:rFonts w:ascii="DejaVu Sans" w:hAnsi="DejaVu Sans"/>
                <w:b/>
                <w:color w:val="B75343"/>
                <w:sz w:val="17"/>
              </w:rPr>
              <w:t xml:space="preserve">Lena's work: </w:t>
            </w:r>
            <w:r>
              <w:rPr>
                <w:rFonts w:ascii="DejaVu Serif" w:hAnsi="DejaVu Serif"/>
                <w:sz w:val="17"/>
              </w:rPr>
              <w:t>(3x²y)² = 6x⁴y²</w:t>
            </w:r>
          </w:p>
          <w:p>
            <w:pPr>
              <w:jc w:val="center"/>
            </w:pPr>
            <w:r>
              <w:drawing>
                <wp:inline xmlns:a="http://schemas.openxmlformats.org/drawingml/2006/main" xmlns:pic="http://schemas.openxmlformats.org/drawingml/2006/picture">
                  <wp:extent cx="6080760" cy="1563624"/>
                  <wp:docPr id="4" name="Picture 4"/>
                  <wp:cNvGraphicFramePr>
                    <a:graphicFrameLocks noChangeAspect="1"/>
                  </wp:cNvGraphicFramePr>
                  <a:graphic>
                    <a:graphicData uri="http://schemas.openxmlformats.org/drawingml/2006/picture">
                      <pic:pic>
                        <pic:nvPicPr>
                          <pic:cNvPr id="0" name="case3.png"/>
                          <pic:cNvPicPr/>
                        </pic:nvPicPr>
                        <pic:blipFill>
                          <a:blip r:embed="rId14"/>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val="0"/>
            </w:pPr>
            <w:r>
              <w:rPr>
                <w:rFonts w:ascii="DejaVu Sans" w:hAnsi="DejaVu Sans"/>
                <w:b/>
                <w:color w:val="285E72"/>
                <w:sz w:val="24"/>
              </w:rPr>
              <w:t>Case 4: Noah - Using aᵐ + aⁿ = aᵐ⁺ⁿ</w:t>
            </w:r>
          </w:p>
          <w:p>
            <w:r>
              <w:rPr>
                <w:rFonts w:ascii="DejaVu Serif" w:hAnsi="DejaVu Serif"/>
                <w:i/>
                <w:color w:val="60717A"/>
                <w:sz w:val="18"/>
              </w:rPr>
              <w:t>"Same base, so I added the exponents. That rule usually works."</w:t>
            </w:r>
          </w:p>
          <w:p>
            <w:r>
              <w:rPr>
                <w:rFonts w:ascii="DejaVu Serif" w:hAnsi="DejaVu Serif"/>
                <w:b/>
                <w:sz w:val="19"/>
              </w:rPr>
              <w:t xml:space="preserve">Problem: </w:t>
            </w:r>
            <w:r>
              <w:rPr>
                <w:rFonts w:ascii="DejaVu Serif" w:hAnsi="DejaVu Serif"/>
                <w:sz w:val="19"/>
              </w:rPr>
              <w:t>Simplify x³ + x⁵.</w:t>
            </w:r>
          </w:p>
          <w:p>
            <w:r>
              <w:rPr>
                <w:rFonts w:ascii="DejaVu Sans" w:hAnsi="DejaVu Sans"/>
                <w:b/>
                <w:color w:val="B75343"/>
                <w:sz w:val="17"/>
              </w:rPr>
              <w:t xml:space="preserve">Noah's work: </w:t>
            </w:r>
            <w:r>
              <w:rPr>
                <w:rFonts w:ascii="DejaVu Serif" w:hAnsi="DejaVu Serif"/>
                <w:sz w:val="17"/>
              </w:rPr>
              <w:t>x³ + x⁵ = x⁸</w:t>
            </w:r>
          </w:p>
          <w:p>
            <w:pPr>
              <w:jc w:val="center"/>
            </w:pPr>
            <w:r>
              <w:drawing>
                <wp:inline xmlns:a="http://schemas.openxmlformats.org/drawingml/2006/main" xmlns:pic="http://schemas.openxmlformats.org/drawingml/2006/picture">
                  <wp:extent cx="6080760" cy="1563624"/>
                  <wp:docPr id="5" name="Picture 5"/>
                  <wp:cNvGraphicFramePr>
                    <a:graphicFrameLocks noChangeAspect="1"/>
                  </wp:cNvGraphicFramePr>
                  <a:graphic>
                    <a:graphicData uri="http://schemas.openxmlformats.org/drawingml/2006/picture">
                      <pic:pic>
                        <pic:nvPicPr>
                          <pic:cNvPr id="0" name="case4.png"/>
                          <pic:cNvPicPr/>
                        </pic:nvPicPr>
                        <pic:blipFill>
                          <a:blip r:embed="rId15"/>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5: Avery - Forgetting the GCF</w:t>
            </w:r>
          </w:p>
          <w:p>
            <w:r>
              <w:rPr>
                <w:rFonts w:ascii="DejaVu Serif" w:hAnsi="DejaVu Serif"/>
                <w:i/>
                <w:color w:val="60717A"/>
                <w:sz w:val="18"/>
              </w:rPr>
              <w:t>"I spotted the squares and went straight to the pattern."</w:t>
            </w:r>
          </w:p>
          <w:p>
            <w:r>
              <w:rPr>
                <w:rFonts w:ascii="DejaVu Serif" w:hAnsi="DejaVu Serif"/>
                <w:b/>
                <w:sz w:val="19"/>
              </w:rPr>
              <w:t xml:space="preserve">Problem: </w:t>
            </w:r>
            <w:r>
              <w:rPr>
                <w:rFonts w:ascii="DejaVu Serif" w:hAnsi="DejaVu Serif"/>
                <w:sz w:val="19"/>
              </w:rPr>
              <w:t>Factor 18x³ - 50x completely.</w:t>
            </w:r>
          </w:p>
          <w:p>
            <w:r>
              <w:rPr>
                <w:rFonts w:ascii="DejaVu Sans" w:hAnsi="DejaVu Sans"/>
                <w:b/>
                <w:color w:val="B75343"/>
                <w:sz w:val="17"/>
              </w:rPr>
              <w:t xml:space="preserve">Avery's work: </w:t>
            </w:r>
            <w:r>
              <w:rPr>
                <w:rFonts w:ascii="DejaVu Serif" w:hAnsi="DejaVu Serif"/>
                <w:sz w:val="17"/>
              </w:rPr>
              <w:t>18x³ - 50x</w:t>
              <w:br/>
              <w:t>= (3x - 5)(3x + 5)</w:t>
            </w:r>
          </w:p>
          <w:p>
            <w:pPr>
              <w:jc w:val="center"/>
            </w:pPr>
            <w:r>
              <w:drawing>
                <wp:inline xmlns:a="http://schemas.openxmlformats.org/drawingml/2006/main" xmlns:pic="http://schemas.openxmlformats.org/drawingml/2006/picture">
                  <wp:extent cx="6080760" cy="1563624"/>
                  <wp:docPr id="6" name="Picture 6"/>
                  <wp:cNvGraphicFramePr>
                    <a:graphicFrameLocks noChangeAspect="1"/>
                  </wp:cNvGraphicFramePr>
                  <a:graphic>
                    <a:graphicData uri="http://schemas.openxmlformats.org/drawingml/2006/picture">
                      <pic:pic>
                        <pic:nvPicPr>
                          <pic:cNvPr id="0" name="case5.png"/>
                          <pic:cNvPicPr/>
                        </pic:nvPicPr>
                        <pic:blipFill>
                          <a:blip r:embed="rId16"/>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val="0"/>
            </w:pPr>
            <w:r>
              <w:rPr>
                <w:rFonts w:ascii="DejaVu Sans" w:hAnsi="DejaVu Sans"/>
                <w:b/>
                <w:color w:val="285E72"/>
                <w:sz w:val="24"/>
              </w:rPr>
              <w:t>Case 6: Eli - Incorrect trinomial factors</w:t>
            </w:r>
          </w:p>
          <w:p>
            <w:r>
              <w:rPr>
                <w:rFonts w:ascii="DejaVu Serif" w:hAnsi="DejaVu Serif"/>
                <w:i/>
                <w:color w:val="60717A"/>
                <w:sz w:val="18"/>
              </w:rPr>
              <w:t>"The first and last terms checked out. I didn't multiply the middle."</w:t>
            </w:r>
          </w:p>
          <w:p>
            <w:r>
              <w:rPr>
                <w:rFonts w:ascii="DejaVu Serif" w:hAnsi="DejaVu Serif"/>
                <w:b/>
                <w:sz w:val="19"/>
              </w:rPr>
              <w:t xml:space="preserve">Problem: </w:t>
            </w:r>
            <w:r>
              <w:rPr>
                <w:rFonts w:ascii="DejaVu Serif" w:hAnsi="DejaVu Serif"/>
                <w:sz w:val="19"/>
              </w:rPr>
              <w:t>Factor 6x² + 11x + 3.</w:t>
            </w:r>
          </w:p>
          <w:p>
            <w:r>
              <w:rPr>
                <w:rFonts w:ascii="DejaVu Sans" w:hAnsi="DejaVu Sans"/>
                <w:b/>
                <w:color w:val="B75343"/>
                <w:sz w:val="17"/>
              </w:rPr>
              <w:t xml:space="preserve">Eli's work: </w:t>
            </w:r>
            <w:r>
              <w:rPr>
                <w:rFonts w:ascii="DejaVu Serif" w:hAnsi="DejaVu Serif"/>
                <w:sz w:val="17"/>
              </w:rPr>
              <w:t>6x² + 11x + 3</w:t>
              <w:br/>
              <w:t>= (6x + 1)(x + 3)</w:t>
            </w:r>
          </w:p>
          <w:p>
            <w:pPr>
              <w:jc w:val="center"/>
            </w:pPr>
            <w:r>
              <w:drawing>
                <wp:inline xmlns:a="http://schemas.openxmlformats.org/drawingml/2006/main" xmlns:pic="http://schemas.openxmlformats.org/drawingml/2006/picture">
                  <wp:extent cx="6080760" cy="1558195"/>
                  <wp:docPr id="20" name="Picture 20"/>
                  <wp:cNvGraphicFramePr>
                    <a:graphicFrameLocks noChangeAspect="1"/>
                  </wp:cNvGraphicFramePr>
                  <a:graphic>
                    <a:graphicData uri="http://schemas.openxmlformats.org/drawingml/2006/picture">
                      <pic:pic>
                        <pic:nvPicPr>
                          <pic:cNvPr id="0" name="_student_case6_diagram.png"/>
                          <pic:cNvPicPr/>
                        </pic:nvPicPr>
                        <pic:blipFill>
                          <a:blip r:embed="rId22"/>
                          <a:stretch>
                            <a:fillRect/>
                          </a:stretch>
                        </pic:blipFill>
                        <pic:spPr>
                          <a:xfrm>
                            <a:off x="0" y="0"/>
                            <a:ext cx="6080760" cy="1558195"/>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7: Sofia - Confusing zeros with factors</w:t>
            </w:r>
          </w:p>
          <w:p>
            <w:r>
              <w:rPr>
                <w:rFonts w:ascii="DejaVu Serif" w:hAnsi="DejaVu Serif"/>
                <w:i/>
                <w:color w:val="60717A"/>
                <w:sz w:val="18"/>
              </w:rPr>
              <w:t>"I set each factor equal to zero, then copied the signs."</w:t>
            </w:r>
          </w:p>
          <w:p>
            <w:r>
              <w:rPr>
                <w:rFonts w:ascii="DejaVu Serif" w:hAnsi="DejaVu Serif"/>
                <w:b/>
                <w:sz w:val="19"/>
              </w:rPr>
              <w:t xml:space="preserve">Problem: </w:t>
            </w:r>
            <w:r>
              <w:rPr>
                <w:rFonts w:ascii="DejaVu Serif" w:hAnsi="DejaVu Serif"/>
                <w:sz w:val="19"/>
              </w:rPr>
              <w:t>Find the zeros and multiplicities of f(x) = (x - 4)(x + 1)².</w:t>
            </w:r>
          </w:p>
          <w:p>
            <w:r>
              <w:rPr>
                <w:rFonts w:ascii="DejaVu Sans" w:hAnsi="DejaVu Sans"/>
                <w:b/>
                <w:color w:val="B75343"/>
                <w:sz w:val="17"/>
              </w:rPr>
              <w:t xml:space="preserve">Sofia's work: </w:t>
            </w:r>
            <w:r>
              <w:rPr>
                <w:rFonts w:ascii="DejaVu Serif" w:hAnsi="DejaVu Serif"/>
                <w:sz w:val="17"/>
              </w:rPr>
              <w:t>Zeros: x = -4, multiplicity 1; x = 1, multiplicity 2</w:t>
            </w:r>
          </w:p>
          <w:p>
            <w:pPr>
              <w:jc w:val="center"/>
            </w:pPr>
            <w:r>
              <w:drawing>
                <wp:inline xmlns:a="http://schemas.openxmlformats.org/drawingml/2006/main" xmlns:pic="http://schemas.openxmlformats.org/drawingml/2006/picture">
                  <wp:extent cx="6080760" cy="1563624"/>
                  <wp:docPr id="8" name="Picture 8"/>
                  <wp:cNvGraphicFramePr>
                    <a:graphicFrameLocks noChangeAspect="1"/>
                  </wp:cNvGraphicFramePr>
                  <a:graphic>
                    <a:graphicData uri="http://schemas.openxmlformats.org/drawingml/2006/picture">
                      <pic:pic>
                        <pic:nvPicPr>
                          <pic:cNvPr id="0" name="case7.png"/>
                          <pic:cNvPicPr/>
                        </pic:nvPicPr>
                        <pic:blipFill>
                          <a:blip r:embed="rId18"/>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val="0"/>
            </w:pPr>
            <w:r>
              <w:rPr>
                <w:rFonts w:ascii="DejaVu Sans" w:hAnsi="DejaVu Sans"/>
                <w:b/>
                <w:color w:val="285E72"/>
                <w:sz w:val="24"/>
              </w:rPr>
              <w:t>Case 8: Mateo - Missing placeholders in polynomial division</w:t>
            </w:r>
          </w:p>
          <w:p>
            <w:r>
              <w:rPr>
                <w:rFonts w:ascii="DejaVu Serif" w:hAnsi="DejaVu Serif"/>
                <w:i/>
                <w:color w:val="60717A"/>
                <w:sz w:val="18"/>
              </w:rPr>
              <w:t>"No x² term means there's nothing to write there."</w:t>
            </w:r>
          </w:p>
          <w:p>
            <w:r>
              <w:rPr>
                <w:rFonts w:ascii="DejaVu Serif" w:hAnsi="DejaVu Serif"/>
                <w:b/>
                <w:sz w:val="19"/>
              </w:rPr>
              <w:t xml:space="preserve">Problem: </w:t>
            </w:r>
            <w:r>
              <w:rPr>
                <w:rFonts w:ascii="DejaVu Serif" w:hAnsi="DejaVu Serif"/>
                <w:sz w:val="19"/>
              </w:rPr>
              <w:t>Divide x³ - 4x + 3 by x - 1.</w:t>
            </w:r>
          </w:p>
          <w:p>
            <w:r>
              <w:rPr>
                <w:rFonts w:ascii="DejaVu Sans" w:hAnsi="DejaVu Sans"/>
                <w:b/>
                <w:color w:val="B75343"/>
                <w:sz w:val="17"/>
              </w:rPr>
              <w:t xml:space="preserve">Mateo's work: </w:t>
            </w:r>
            <w:r>
              <w:rPr>
                <w:rFonts w:ascii="DejaVu Serif" w:hAnsi="DejaVu Serif"/>
                <w:sz w:val="17"/>
              </w:rPr>
              <w:t>Synthetic setup: 1 | 1, -4, 3</w:t>
              <w:br/>
              <w:t>Result: x - 3</w:t>
            </w:r>
          </w:p>
          <w:p>
            <w:pPr>
              <w:jc w:val="center"/>
            </w:pPr>
            <w:r>
              <w:drawing>
                <wp:inline xmlns:a="http://schemas.openxmlformats.org/drawingml/2006/main" xmlns:pic="http://schemas.openxmlformats.org/drawingml/2006/picture">
                  <wp:extent cx="6080760" cy="1563624"/>
                  <wp:docPr id="9" name="Picture 9"/>
                  <wp:cNvGraphicFramePr>
                    <a:graphicFrameLocks noChangeAspect="1"/>
                  </wp:cNvGraphicFramePr>
                  <a:graphic>
                    <a:graphicData uri="http://schemas.openxmlformats.org/drawingml/2006/picture">
                      <pic:pic>
                        <pic:nvPicPr>
                          <pic:cNvPr id="0" name="case8.png"/>
                          <pic:cNvPicPr/>
                        </pic:nvPicPr>
                        <pic:blipFill>
                          <a:blip r:embed="rId19"/>
                          <a:stretch>
                            <a:fillRect/>
                          </a:stretch>
                        </pic:blipFill>
                        <pic:spPr>
                          <a:xfrm>
                            <a:off x="0" y="0"/>
                            <a:ext cx="6080760" cy="1563624"/>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9: Priya - Incorrect multiplicity behavior</w:t>
            </w:r>
          </w:p>
          <w:p>
            <w:r>
              <w:rPr>
                <w:rFonts w:ascii="DejaVu Serif" w:hAnsi="DejaVu Serif"/>
                <w:i/>
                <w:color w:val="60717A"/>
                <w:sz w:val="18"/>
              </w:rPr>
              <w:t>"Both are zeros, so I drew the graph through both."</w:t>
            </w:r>
          </w:p>
          <w:p>
            <w:r>
              <w:rPr>
                <w:rFonts w:ascii="DejaVu Serif" w:hAnsi="DejaVu Serif"/>
                <w:b/>
                <w:sz w:val="19"/>
              </w:rPr>
              <w:t xml:space="preserve">Problem: </w:t>
            </w:r>
            <w:r>
              <w:rPr>
                <w:rFonts w:ascii="DejaVu Serif" w:hAnsi="DejaVu Serif"/>
                <w:sz w:val="19"/>
              </w:rPr>
              <w:t>Sketch y = (x + 2)²(x - 1).</w:t>
            </w:r>
          </w:p>
          <w:p>
            <w:r>
              <w:rPr>
                <w:rFonts w:ascii="DejaVu Sans" w:hAnsi="DejaVu Sans"/>
                <w:b/>
                <w:color w:val="B75343"/>
                <w:sz w:val="17"/>
              </w:rPr>
              <w:t xml:space="preserve">Priya's work: </w:t>
            </w:r>
            <w:r>
              <w:rPr>
                <w:rFonts w:ascii="DejaVu Serif" w:hAnsi="DejaVu Serif"/>
                <w:sz w:val="17"/>
              </w:rPr>
              <w:t>The sketch crosses the x-axis at x = -2 and x = 1.</w:t>
            </w:r>
          </w:p>
          <w:p>
            <w:pPr>
              <w:jc w:val="center"/>
            </w:pPr>
            <w:r>
              <w:drawing>
                <wp:inline xmlns:a="http://schemas.openxmlformats.org/drawingml/2006/main" xmlns:pic="http://schemas.openxmlformats.org/drawingml/2006/picture">
                  <wp:extent cx="6080760" cy="1867662"/>
                  <wp:docPr id="10" name="Picture 10"/>
                  <wp:cNvGraphicFramePr>
                    <a:graphicFrameLocks noChangeAspect="1"/>
                  </wp:cNvGraphicFramePr>
                  <a:graphic>
                    <a:graphicData uri="http://schemas.openxmlformats.org/drawingml/2006/picture">
                      <pic:pic>
                        <pic:nvPicPr>
                          <pic:cNvPr id="0" name="case9_wrong.png"/>
                          <pic:cNvPicPr/>
                        </pic:nvPicPr>
                        <pic:blipFill>
                          <a:blip r:embed="rId20"/>
                          <a:stretch>
                            <a:fillRect/>
                          </a:stretch>
                        </pic:blipFill>
                        <pic:spPr>
                          <a:xfrm>
                            <a:off x="0" y="0"/>
                            <a:ext cx="6080760" cy="1867662"/>
                          </a:xfrm>
                          <a:prstGeom prst="rect"/>
                        </pic:spPr>
                      </pic:pic>
                    </a:graphicData>
                  </a:graphic>
                </wp:inline>
              </w:drawing>
            </w:r>
          </w:p>
          <w:p>
            <w:r>
              <w:rPr>
                <w:rFonts w:ascii="DejaVu Serif" w:hAnsi="DejaVu Serif"/>
                <w:sz w:val="17"/>
              </w:rPr>
              <w:t>1. Where? Circle the first incorrect step.</w:t>
            </w:r>
            <w:r>
              <w:t xml:space="preserve">   ________________________________________________</w:t>
            </w:r>
          </w:p>
          <w:p>
            <w:r>
              <w:rPr>
                <w:rFonts w:ascii="DejaVu Serif" w:hAnsi="DejaVu Serif"/>
                <w:sz w:val="17"/>
              </w:rPr>
              <w:t>2. Why? State the rule that was used incorrectly.</w:t>
            </w:r>
            <w:r>
              <w:t xml:space="preserve">   ________________________________________________</w:t>
            </w:r>
          </w:p>
          <w:p>
            <w:r>
              <w:rPr>
                <w:rFonts w:ascii="DejaVu Serif" w:hAnsi="DejaVu Serif"/>
                <w:sz w:val="17"/>
              </w:rPr>
              <w:t>3. Fix it. Rewrite the work from the mistake onward.</w:t>
            </w:r>
            <w:r>
              <w:t xml:space="preserve">   ________________________________________________</w:t>
            </w:r>
          </w:p>
          <w:p>
            <w:r>
              <w:rPr>
                <w:rFonts w:ascii="DejaVu Serif" w:hAnsi="DejaVu Serif"/>
                <w:sz w:val="17"/>
              </w:rPr>
              <w:t>4. Check it. Use substitution, multiplication, or graph behavior.</w:t>
            </w:r>
            <w:r>
              <w:t xml:space="preserve">   ________________________________________________</w:t>
            </w:r>
          </w:p>
        </w:tc>
      </w:tr>
    </w:tbl>
    <w:p>
      <w:pPr>
        <w:spacing w:after="100"/>
        <w:jc w:val="left"/>
      </w:pPr>
      <w:r>
        <w:rPr>
          <w:rFonts w:ascii="DejaVu Sans" w:hAnsi="DejaVu Sans"/>
          <w:b/>
          <w:color w:val="285E72"/>
          <w:sz w:val="32"/>
        </w:rPr>
        <w:t>Pattern reflection</w:t>
      </w:r>
    </w:p>
    <w:tbl>
      <w:tblPr>
        <w:tblW w:type="auto" w:w="0"/>
        <w:jc w:val="center"/>
        <w:tblLayout w:type="fixed"/>
        <w:tblLook w:firstColumn="1" w:firstRow="1" w:lastColumn="0" w:lastRow="0" w:noHBand="0" w:noVBand="1" w:val="04A0"/>
      </w:tblPr>
      <w:tblGrid>
        <w:gridCol w:w="10368"/>
      </w:tblGrid>
      <w:tr>
        <w:tc>
          <w:tcPr>
            <w:tcW w:type="dxa" w:w="10454"/>
            <w:shd w:fill="E8F3F0"/>
            <w:tcMar>
              <w:top w:w="150" w:type="dxa"/>
              <w:start w:w="160" w:type="dxa"/>
              <w:bottom w:w="150" w:type="dxa"/>
              <w:end w:w="160" w:type="dxa"/>
            </w:tcMar>
          </w:tcPr>
          <w:p>
            <w:r>
              <w:rPr>
                <w:rFonts w:ascii="DejaVu Sans" w:hAnsi="DejaVu Sans"/>
                <w:b/>
                <w:color w:val="285E72"/>
                <w:sz w:val="19"/>
              </w:rPr>
              <w:t xml:space="preserve">Finish in two sentences:  </w:t>
            </w:r>
            <w:r>
              <w:rPr>
                <w:rFonts w:ascii="DejaVu Serif" w:hAnsi="DejaVu Serif"/>
                <w:color w:val="26363E"/>
                <w:sz w:val="19"/>
              </w:rPr>
              <w:t>Which kind of mistake is easiest for you to notice? Which check would have caught the hardest mistake sooner?</w:t>
            </w:r>
          </w:p>
        </w:tc>
      </w:tr>
    </w:tbl>
    <w:p>
      <w:pPr>
        <w:spacing w:after="60"/>
        <w:jc w:val="left"/>
      </w:pPr>
      <w:r>
        <w:rPr>
          <w:rFonts w:ascii="DejaVu Serif" w:hAnsi="DejaVu Serif"/>
          <w:b w:val="0"/>
          <w:i w:val="0"/>
          <w:color w:val="26363E"/>
          <w:sz w:val="19"/>
        </w:rPr>
        <w:t>________________________________________________________________________________</w:t>
      </w:r>
    </w:p>
    <w:p>
      <w:pPr>
        <w:spacing w:after="60"/>
        <w:jc w:val="left"/>
      </w:pPr>
      <w:r>
        <w:rPr>
          <w:rFonts w:ascii="DejaVu Serif" w:hAnsi="DejaVu Serif"/>
          <w:b w:val="0"/>
          <w:i w:val="0"/>
          <w:color w:val="26363E"/>
          <w:sz w:val="19"/>
        </w:rPr>
        <w:t>________________________________________________________________________________</w:t>
      </w:r>
    </w:p>
    <w:p>
      <w:r>
        <w:br w:type="page"/>
      </w:r>
    </w:p>
    <w:p>
      <w:pPr>
        <w:spacing w:after="60"/>
        <w:jc w:val="center"/>
      </w:pPr>
      <w:r>
        <w:rPr>
          <w:rFonts w:ascii="DejaVu Serif" w:hAnsi="DejaVu Serif"/>
          <w:b/>
          <w:i w:val="0"/>
          <w:color w:val="3E7C78"/>
          <w:sz w:val="17"/>
        </w:rPr>
        <w:t>TEACHER ANSWER KEY</w:t>
      </w:r>
    </w:p>
    <w:p>
      <w:pPr>
        <w:spacing w:after="100"/>
        <w:jc w:val="center"/>
      </w:pPr>
      <w:r>
        <w:rPr>
          <w:rFonts w:ascii="DejaVu Sans" w:hAnsi="DejaVu Sans"/>
          <w:b/>
          <w:color w:val="285E72"/>
          <w:sz w:val="44"/>
        </w:rPr>
        <w:t>Polynomial Error Analysis - Teacher Key</w:t>
      </w:r>
    </w:p>
    <w:p>
      <w:pPr>
        <w:spacing w:after="60"/>
        <w:jc w:val="center"/>
      </w:pPr>
      <w:r>
        <w:rPr>
          <w:rFonts w:ascii="DejaVu Serif" w:hAnsi="DejaVu Serif"/>
          <w:b w:val="0"/>
          <w:i w:val="0"/>
          <w:color w:val="60717A"/>
          <w:sz w:val="19"/>
        </w:rPr>
        <w:t>Accept equivalent wording, but require the mathematical rule for the explanation point.</w:t>
      </w:r>
    </w:p>
    <w:tbl>
      <w:tblPr>
        <w:tblW w:type="auto" w:w="0"/>
        <w:jc w:val="center"/>
        <w:tblLayout w:type="fixed"/>
        <w:tblLook w:firstColumn="1" w:firstRow="1" w:lastColumn="0" w:lastRow="0" w:noHBand="0" w:noVBand="1" w:val="04A0"/>
      </w:tblPr>
      <w:tblGrid>
        <w:gridCol w:w="10368"/>
      </w:tblGrid>
      <w:tr>
        <w:tc>
          <w:tcPr>
            <w:tcW w:type="dxa" w:w="10454"/>
            <w:shd w:fill="EAF3F6"/>
            <w:tcMar>
              <w:top w:w="150" w:type="dxa"/>
              <w:start w:w="160" w:type="dxa"/>
              <w:bottom w:w="150" w:type="dxa"/>
              <w:end w:w="160" w:type="dxa"/>
            </w:tcMar>
          </w:tcPr>
          <w:p>
            <w:r>
              <w:rPr>
                <w:rFonts w:ascii="DejaVu Sans" w:hAnsi="DejaVu Sans"/>
                <w:b/>
                <w:color w:val="285E72"/>
                <w:sz w:val="19"/>
              </w:rPr>
              <w:t xml:space="preserve">Rubric:  </w:t>
            </w:r>
            <w:r>
              <w:rPr>
                <w:rFonts w:ascii="DejaVu Serif" w:hAnsi="DejaVu Serif"/>
                <w:color w:val="26363E"/>
                <w:sz w:val="19"/>
              </w:rPr>
              <w:t>1 point locate + 1 point explain + 1 point repair + 1 point verify = 4 points per case.</w:t>
            </w:r>
          </w:p>
        </w:tc>
      </w:tr>
    </w:tbl>
    <w:p>
      <w:r>
        <w:br w:type="page"/>
      </w:r>
    </w:p>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val="0"/>
            </w:pPr>
            <w:r>
              <w:rPr>
                <w:rFonts w:ascii="DejaVu Sans" w:hAnsi="DejaVu Sans"/>
                <w:b/>
                <w:color w:val="285E72"/>
                <w:sz w:val="24"/>
              </w:rPr>
              <w:t>Case 1: Maya - Combining unlike terms</w:t>
            </w:r>
          </w:p>
          <w:p>
            <w:r>
              <w:rPr>
                <w:rFonts w:ascii="DejaVu Serif" w:hAnsi="DejaVu Serif"/>
                <w:i/>
                <w:color w:val="60717A"/>
                <w:sz w:val="18"/>
              </w:rPr>
              <w:t>"I combined the x terms. The little powers felt close enough."</w:t>
            </w:r>
          </w:p>
          <w:p>
            <w:r>
              <w:rPr>
                <w:rFonts w:ascii="DejaVu Serif" w:hAnsi="DejaVu Serif"/>
                <w:b/>
                <w:sz w:val="19"/>
              </w:rPr>
              <w:t xml:space="preserve">Problem: </w:t>
            </w:r>
            <w:r>
              <w:rPr>
                <w:rFonts w:ascii="DejaVu Serif" w:hAnsi="DejaVu Serif"/>
                <w:sz w:val="19"/>
              </w:rPr>
              <w:t>Simplify 3x² + 4x - 5 + 2x² - x + 8.</w:t>
            </w:r>
          </w:p>
          <w:p>
            <w:pPr>
              <w:jc w:val="center"/>
            </w:pPr>
            <w:r>
              <w:drawing>
                <wp:inline xmlns:a="http://schemas.openxmlformats.org/drawingml/2006/main" xmlns:pic="http://schemas.openxmlformats.org/drawingml/2006/picture">
                  <wp:extent cx="6080760" cy="1563624"/>
                  <wp:docPr id="11" name="Picture 11"/>
                  <wp:cNvGraphicFramePr>
                    <a:graphicFrameLocks noChangeAspect="1"/>
                  </wp:cNvGraphicFramePr>
                  <a:graphic>
                    <a:graphicData uri="http://schemas.openxmlformats.org/drawingml/2006/picture">
                      <pic:pic>
                        <pic:nvPicPr>
                          <pic:cNvPr id="0" name="case1.png"/>
                          <pic:cNvPicPr/>
                        </pic:nvPicPr>
                        <pic:blipFill>
                          <a:blip r:embed="rId12"/>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3x² + 4x - 5 + 2x² - x + 8</w:t>
              <w:br/>
              <w:t>= 5x² + 3x + 3</w:t>
              <w:br/>
              <w:t>= 8x³ + 3</w:t>
            </w:r>
          </w:p>
          <w:p>
            <w:r>
              <w:rPr>
                <w:rFonts w:ascii="DejaVu Sans" w:hAnsi="DejaVu Sans"/>
                <w:b/>
                <w:color w:val="285E72"/>
                <w:sz w:val="17"/>
              </w:rPr>
              <w:t xml:space="preserve">Where / why: </w:t>
            </w:r>
            <w:r>
              <w:rPr>
                <w:rFonts w:ascii="DejaVu Serif" w:hAnsi="DejaVu Serif"/>
                <w:sz w:val="17"/>
              </w:rPr>
              <w:t>The first incorrect step is combining 5x² and 3x. Their variable parts are different, so they are unlike terms.</w:t>
            </w:r>
          </w:p>
          <w:p>
            <w:r>
              <w:rPr>
                <w:rFonts w:ascii="DejaVu Sans" w:hAnsi="DejaVu Sans"/>
                <w:b/>
                <w:color w:val="285E72"/>
                <w:sz w:val="17"/>
              </w:rPr>
              <w:t xml:space="preserve">Corrected answer: </w:t>
            </w:r>
            <w:r>
              <w:rPr>
                <w:rFonts w:ascii="DejaVu Serif" w:hAnsi="DejaVu Serif"/>
                <w:sz w:val="17"/>
              </w:rPr>
              <w:t>5x² + 3x + 3</w:t>
            </w:r>
          </w:p>
          <w:p>
            <w:r>
              <w:rPr>
                <w:rFonts w:ascii="DejaVu Sans" w:hAnsi="DejaVu Sans"/>
                <w:b/>
                <w:color w:val="285E72"/>
                <w:sz w:val="17"/>
              </w:rPr>
              <w:t xml:space="preserve">Verification: </w:t>
            </w:r>
            <w:r>
              <w:rPr>
                <w:rFonts w:ascii="DejaVu Serif" w:hAnsi="DejaVu Serif"/>
                <w:sz w:val="17"/>
              </w:rPr>
              <w:t>At x = 2, the original and corrected expressions both equal 29. Maya's 8x³ + 3 equals 67.</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2: Jordan - Losing a negative sign</w:t>
            </w:r>
          </w:p>
          <w:p>
            <w:r>
              <w:rPr>
                <w:rFonts w:ascii="DejaVu Serif" w:hAnsi="DejaVu Serif"/>
                <w:i/>
                <w:color w:val="60717A"/>
                <w:sz w:val="18"/>
              </w:rPr>
              <w:t>"I changed the first sign after the minus. I thought that covered it."</w:t>
            </w:r>
          </w:p>
          <w:p>
            <w:r>
              <w:rPr>
                <w:rFonts w:ascii="DejaVu Serif" w:hAnsi="DejaVu Serif"/>
                <w:b/>
                <w:sz w:val="19"/>
              </w:rPr>
              <w:t xml:space="preserve">Problem: </w:t>
            </w:r>
            <w:r>
              <w:rPr>
                <w:rFonts w:ascii="DejaVu Serif" w:hAnsi="DejaVu Serif"/>
                <w:sz w:val="19"/>
              </w:rPr>
              <w:t>Subtract (5x² - 2x + 6) - (3x² + 4x - 1).</w:t>
            </w:r>
          </w:p>
          <w:p>
            <w:pPr>
              <w:jc w:val="center"/>
            </w:pPr>
            <w:r>
              <w:drawing>
                <wp:inline xmlns:a="http://schemas.openxmlformats.org/drawingml/2006/main" xmlns:pic="http://schemas.openxmlformats.org/drawingml/2006/picture">
                  <wp:extent cx="6080760" cy="1563624"/>
                  <wp:docPr id="12" name="Picture 12"/>
                  <wp:cNvGraphicFramePr>
                    <a:graphicFrameLocks noChangeAspect="1"/>
                  </wp:cNvGraphicFramePr>
                  <a:graphic>
                    <a:graphicData uri="http://schemas.openxmlformats.org/drawingml/2006/picture">
                      <pic:pic>
                        <pic:nvPicPr>
                          <pic:cNvPr id="0" name="case2.png"/>
                          <pic:cNvPicPr/>
                        </pic:nvPicPr>
                        <pic:blipFill>
                          <a:blip r:embed="rId13"/>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(5x² - 2x + 6) - (3x² + 4x - 1)</w:t>
              <w:br/>
              <w:t>= 5x² - 2x + 6 - 3x² + 4x - 1</w:t>
              <w:br/>
              <w:t>= 2x² + 2x + 5</w:t>
            </w:r>
          </w:p>
          <w:p>
            <w:r>
              <w:rPr>
                <w:rFonts w:ascii="DejaVu Sans" w:hAnsi="DejaVu Sans"/>
                <w:b/>
                <w:color w:val="285E72"/>
                <w:sz w:val="17"/>
              </w:rPr>
              <w:t xml:space="preserve">Where / why: </w:t>
            </w:r>
            <w:r>
              <w:rPr>
                <w:rFonts w:ascii="DejaVu Serif" w:hAnsi="DejaVu Serif"/>
                <w:sz w:val="17"/>
              </w:rPr>
              <w:t>The subtraction sign must change every sign in the second polynomial, not just the first one.</w:t>
            </w:r>
          </w:p>
          <w:p>
            <w:r>
              <w:rPr>
                <w:rFonts w:ascii="DejaVu Sans" w:hAnsi="DejaVu Sans"/>
                <w:b/>
                <w:color w:val="285E72"/>
                <w:sz w:val="17"/>
              </w:rPr>
              <w:t xml:space="preserve">Corrected answer: </w:t>
            </w:r>
            <w:r>
              <w:rPr>
                <w:rFonts w:ascii="DejaVu Serif" w:hAnsi="DejaVu Serif"/>
                <w:sz w:val="17"/>
              </w:rPr>
              <w:t>2x² - 6x + 7</w:t>
            </w:r>
          </w:p>
          <w:p>
            <w:r>
              <w:rPr>
                <w:rFonts w:ascii="DejaVu Sans" w:hAnsi="DejaVu Sans"/>
                <w:b/>
                <w:color w:val="285E72"/>
                <w:sz w:val="17"/>
              </w:rPr>
              <w:t xml:space="preserve">Verification: </w:t>
            </w:r>
            <w:r>
              <w:rPr>
                <w:rFonts w:ascii="DejaVu Serif" w:hAnsi="DejaVu Serif"/>
                <w:sz w:val="17"/>
              </w:rPr>
              <w:t>Distribute first: 5x² - 2x + 6 - 3x² - 4x + 1. Then combine like terms.</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3: Lena - Distributing exponents incorrectly</w:t>
            </w:r>
          </w:p>
          <w:p>
            <w:r>
              <w:rPr>
                <w:rFonts w:ascii="DejaVu Serif" w:hAnsi="DejaVu Serif"/>
                <w:i/>
                <w:color w:val="60717A"/>
                <w:sz w:val="18"/>
              </w:rPr>
              <w:t>"The 2 outside looked like a multiplier, so I doubled the 3."</w:t>
            </w:r>
          </w:p>
          <w:p>
            <w:r>
              <w:rPr>
                <w:rFonts w:ascii="DejaVu Serif" w:hAnsi="DejaVu Serif"/>
                <w:b/>
                <w:sz w:val="19"/>
              </w:rPr>
              <w:t xml:space="preserve">Problem: </w:t>
            </w:r>
            <w:r>
              <w:rPr>
                <w:rFonts w:ascii="DejaVu Serif" w:hAnsi="DejaVu Serif"/>
                <w:sz w:val="19"/>
              </w:rPr>
              <w:t>Simplify (3x²y)².</w:t>
            </w:r>
          </w:p>
          <w:p>
            <w:pPr>
              <w:jc w:val="center"/>
            </w:pPr>
            <w:r>
              <w:drawing>
                <wp:inline xmlns:a="http://schemas.openxmlformats.org/drawingml/2006/main" xmlns:pic="http://schemas.openxmlformats.org/drawingml/2006/picture">
                  <wp:extent cx="6080760" cy="1563624"/>
                  <wp:docPr id="13" name="Picture 13"/>
                  <wp:cNvGraphicFramePr>
                    <a:graphicFrameLocks noChangeAspect="1"/>
                  </wp:cNvGraphicFramePr>
                  <a:graphic>
                    <a:graphicData uri="http://schemas.openxmlformats.org/drawingml/2006/picture">
                      <pic:pic>
                        <pic:nvPicPr>
                          <pic:cNvPr id="0" name="case3.png"/>
                          <pic:cNvPicPr/>
                        </pic:nvPicPr>
                        <pic:blipFill>
                          <a:blip r:embed="rId14"/>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(3x²y)² = 6x⁴y²</w:t>
            </w:r>
          </w:p>
          <w:p>
            <w:r>
              <w:rPr>
                <w:rFonts w:ascii="DejaVu Sans" w:hAnsi="DejaVu Sans"/>
                <w:b/>
                <w:color w:val="285E72"/>
                <w:sz w:val="17"/>
              </w:rPr>
              <w:t xml:space="preserve">Where / why: </w:t>
            </w:r>
            <w:r>
              <w:rPr>
                <w:rFonts w:ascii="DejaVu Serif" w:hAnsi="DejaVu Serif"/>
                <w:sz w:val="17"/>
              </w:rPr>
              <w:t>A power outside parentheses applies as an exponent to every factor. The coefficient must be squared, not doubled.</w:t>
            </w:r>
          </w:p>
          <w:p>
            <w:r>
              <w:rPr>
                <w:rFonts w:ascii="DejaVu Sans" w:hAnsi="DejaVu Sans"/>
                <w:b/>
                <w:color w:val="285E72"/>
                <w:sz w:val="17"/>
              </w:rPr>
              <w:t xml:space="preserve">Corrected answer: </w:t>
            </w:r>
            <w:r>
              <w:rPr>
                <w:rFonts w:ascii="DejaVu Serif" w:hAnsi="DejaVu Serif"/>
                <w:sz w:val="17"/>
              </w:rPr>
              <w:t>9x⁴y²</w:t>
            </w:r>
          </w:p>
          <w:p>
            <w:r>
              <w:rPr>
                <w:rFonts w:ascii="DejaVu Sans" w:hAnsi="DejaVu Sans"/>
                <w:b/>
                <w:color w:val="285E72"/>
                <w:sz w:val="17"/>
              </w:rPr>
              <w:t xml:space="preserve">Verification: </w:t>
            </w:r>
            <w:r>
              <w:rPr>
                <w:rFonts w:ascii="DejaVu Serif" w:hAnsi="DejaVu Serif"/>
                <w:sz w:val="17"/>
              </w:rPr>
              <w:t>(3x²y)² = 3²(x²)²y² = 9x⁴y².</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4: Noah - Using aᵐ + aⁿ = aᵐ⁺ⁿ</w:t>
            </w:r>
          </w:p>
          <w:p>
            <w:r>
              <w:rPr>
                <w:rFonts w:ascii="DejaVu Serif" w:hAnsi="DejaVu Serif"/>
                <w:i/>
                <w:color w:val="60717A"/>
                <w:sz w:val="18"/>
              </w:rPr>
              <w:t>"Same base, so I added the exponents. That rule usually works."</w:t>
            </w:r>
          </w:p>
          <w:p>
            <w:r>
              <w:rPr>
                <w:rFonts w:ascii="DejaVu Serif" w:hAnsi="DejaVu Serif"/>
                <w:b/>
                <w:sz w:val="19"/>
              </w:rPr>
              <w:t xml:space="preserve">Problem: </w:t>
            </w:r>
            <w:r>
              <w:rPr>
                <w:rFonts w:ascii="DejaVu Serif" w:hAnsi="DejaVu Serif"/>
                <w:sz w:val="19"/>
              </w:rPr>
              <w:t>Simplify x³ + x⁵.</w:t>
            </w:r>
          </w:p>
          <w:p>
            <w:pPr>
              <w:jc w:val="center"/>
            </w:pPr>
            <w:r>
              <w:drawing>
                <wp:inline xmlns:a="http://schemas.openxmlformats.org/drawingml/2006/main" xmlns:pic="http://schemas.openxmlformats.org/drawingml/2006/picture">
                  <wp:extent cx="6080760" cy="1563624"/>
                  <wp:docPr id="14" name="Picture 14"/>
                  <wp:cNvGraphicFramePr>
                    <a:graphicFrameLocks noChangeAspect="1"/>
                  </wp:cNvGraphicFramePr>
                  <a:graphic>
                    <a:graphicData uri="http://schemas.openxmlformats.org/drawingml/2006/picture">
                      <pic:pic>
                        <pic:nvPicPr>
                          <pic:cNvPr id="0" name="case4.png"/>
                          <pic:cNvPicPr/>
                        </pic:nvPicPr>
                        <pic:blipFill>
                          <a:blip r:embed="rId15"/>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x³ + x⁵ = x⁸</w:t>
            </w:r>
          </w:p>
          <w:p>
            <w:r>
              <w:rPr>
                <w:rFonts w:ascii="DejaVu Sans" w:hAnsi="DejaVu Sans"/>
                <w:b/>
                <w:color w:val="285E72"/>
                <w:sz w:val="17"/>
              </w:rPr>
              <w:t xml:space="preserve">Where / why: </w:t>
            </w:r>
            <w:r>
              <w:rPr>
                <w:rFonts w:ascii="DejaVu Serif" w:hAnsi="DejaVu Serif"/>
                <w:sz w:val="17"/>
              </w:rPr>
              <w:t>Exponents add when powers with the same base are multiplied, not added.</w:t>
            </w:r>
          </w:p>
          <w:p>
            <w:r>
              <w:rPr>
                <w:rFonts w:ascii="DejaVu Sans" w:hAnsi="DejaVu Sans"/>
                <w:b/>
                <w:color w:val="285E72"/>
                <w:sz w:val="17"/>
              </w:rPr>
              <w:t xml:space="preserve">Corrected answer: </w:t>
            </w:r>
            <w:r>
              <w:rPr>
                <w:rFonts w:ascii="DejaVu Serif" w:hAnsi="DejaVu Serif"/>
                <w:sz w:val="17"/>
              </w:rPr>
              <w:t>x³ + x⁵, or x³(1 + x²) in factored form</w:t>
            </w:r>
          </w:p>
          <w:p>
            <w:r>
              <w:rPr>
                <w:rFonts w:ascii="DejaVu Sans" w:hAnsi="DejaVu Sans"/>
                <w:b/>
                <w:color w:val="285E72"/>
                <w:sz w:val="17"/>
              </w:rPr>
              <w:t xml:space="preserve">Verification: </w:t>
            </w:r>
            <w:r>
              <w:rPr>
                <w:rFonts w:ascii="DejaVu Serif" w:hAnsi="DejaVu Serif"/>
                <w:sz w:val="17"/>
              </w:rPr>
              <w:t>At x = 2, x³ + x⁵ = 40, while x⁸ = 256.</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5: Avery - Forgetting the GCF</w:t>
            </w:r>
          </w:p>
          <w:p>
            <w:r>
              <w:rPr>
                <w:rFonts w:ascii="DejaVu Serif" w:hAnsi="DejaVu Serif"/>
                <w:i/>
                <w:color w:val="60717A"/>
                <w:sz w:val="18"/>
              </w:rPr>
              <w:t>"I spotted the squares and went straight to the pattern."</w:t>
            </w:r>
          </w:p>
          <w:p>
            <w:r>
              <w:rPr>
                <w:rFonts w:ascii="DejaVu Serif" w:hAnsi="DejaVu Serif"/>
                <w:b/>
                <w:sz w:val="19"/>
              </w:rPr>
              <w:t xml:space="preserve">Problem: </w:t>
            </w:r>
            <w:r>
              <w:rPr>
                <w:rFonts w:ascii="DejaVu Serif" w:hAnsi="DejaVu Serif"/>
                <w:sz w:val="19"/>
              </w:rPr>
              <w:t>Factor 18x³ - 50x completely.</w:t>
            </w:r>
          </w:p>
          <w:p>
            <w:pPr>
              <w:jc w:val="center"/>
            </w:pPr>
            <w:r>
              <w:drawing>
                <wp:inline xmlns:a="http://schemas.openxmlformats.org/drawingml/2006/main" xmlns:pic="http://schemas.openxmlformats.org/drawingml/2006/picture">
                  <wp:extent cx="6080760" cy="1563624"/>
                  <wp:docPr id="15" name="Picture 15"/>
                  <wp:cNvGraphicFramePr>
                    <a:graphicFrameLocks noChangeAspect="1"/>
                  </wp:cNvGraphicFramePr>
                  <a:graphic>
                    <a:graphicData uri="http://schemas.openxmlformats.org/drawingml/2006/picture">
                      <pic:pic>
                        <pic:nvPicPr>
                          <pic:cNvPr id="0" name="case5.png"/>
                          <pic:cNvPicPr/>
                        </pic:nvPicPr>
                        <pic:blipFill>
                          <a:blip r:embed="rId16"/>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18x³ - 50x</w:t>
              <w:br/>
              <w:t>= (3x - 5)(3x + 5)</w:t>
            </w:r>
          </w:p>
          <w:p>
            <w:r>
              <w:rPr>
                <w:rFonts w:ascii="DejaVu Sans" w:hAnsi="DejaVu Sans"/>
                <w:b/>
                <w:color w:val="285E72"/>
                <w:sz w:val="17"/>
              </w:rPr>
              <w:t xml:space="preserve">Where / why: </w:t>
            </w:r>
            <w:r>
              <w:rPr>
                <w:rFonts w:ascii="DejaVu Serif" w:hAnsi="DejaVu Serif"/>
                <w:sz w:val="17"/>
              </w:rPr>
              <w:t>The difference-of-squares pattern only accounts for 9x² - 25. The greatest common factor 2x was dropped.</w:t>
            </w:r>
          </w:p>
          <w:p>
            <w:r>
              <w:rPr>
                <w:rFonts w:ascii="DejaVu Sans" w:hAnsi="DejaVu Sans"/>
                <w:b/>
                <w:color w:val="285E72"/>
                <w:sz w:val="17"/>
              </w:rPr>
              <w:t xml:space="preserve">Corrected answer: </w:t>
            </w:r>
            <w:r>
              <w:rPr>
                <w:rFonts w:ascii="DejaVu Serif" w:hAnsi="DejaVu Serif"/>
                <w:sz w:val="17"/>
              </w:rPr>
              <w:t>2x(3x - 5)(3x + 5)</w:t>
            </w:r>
          </w:p>
          <w:p>
            <w:r>
              <w:rPr>
                <w:rFonts w:ascii="DejaVu Sans" w:hAnsi="DejaVu Sans"/>
                <w:b/>
                <w:color w:val="285E72"/>
                <w:sz w:val="17"/>
              </w:rPr>
              <w:t xml:space="preserve">Verification: </w:t>
            </w:r>
            <w:r>
              <w:rPr>
                <w:rFonts w:ascii="DejaVu Serif" w:hAnsi="DejaVu Serif"/>
                <w:sz w:val="17"/>
              </w:rPr>
              <w:t>Multiplying back gives 2x(9x² - 25) = 18x³ - 50x.</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6: Eli - Incorrect trinomial factors</w:t>
            </w:r>
          </w:p>
          <w:p>
            <w:r>
              <w:rPr>
                <w:rFonts w:ascii="DejaVu Serif" w:hAnsi="DejaVu Serif"/>
                <w:i/>
                <w:color w:val="60717A"/>
                <w:sz w:val="18"/>
              </w:rPr>
              <w:t>"The first and last terms checked out. I didn't multiply the middle."</w:t>
            </w:r>
          </w:p>
          <w:p>
            <w:r>
              <w:rPr>
                <w:rFonts w:ascii="DejaVu Serif" w:hAnsi="DejaVu Serif"/>
                <w:b/>
                <w:sz w:val="19"/>
              </w:rPr>
              <w:t xml:space="preserve">Problem: </w:t>
            </w:r>
            <w:r>
              <w:rPr>
                <w:rFonts w:ascii="DejaVu Serif" w:hAnsi="DejaVu Serif"/>
                <w:sz w:val="19"/>
              </w:rPr>
              <w:t>Factor 6x² + 11x + 3.</w:t>
            </w:r>
          </w:p>
          <w:p>
            <w:pPr>
              <w:jc w:val="center"/>
            </w:pPr>
            <w:r>
              <w:drawing>
                <wp:inline xmlns:a="http://schemas.openxmlformats.org/drawingml/2006/main" xmlns:pic="http://schemas.openxmlformats.org/drawingml/2006/picture">
                  <wp:extent cx="6080760" cy="1558195"/>
                  <wp:docPr id="21" name="Picture 21"/>
                  <wp:cNvGraphicFramePr>
                    <a:graphicFrameLocks noChangeAspect="1"/>
                  </wp:cNvGraphicFramePr>
                  <a:graphic>
                    <a:graphicData uri="http://schemas.openxmlformats.org/drawingml/2006/picture">
                      <pic:pic>
                        <pic:nvPicPr>
                          <pic:cNvPr id="0" name="_key_case6_diagram.png"/>
                          <pic:cNvPicPr/>
                        </pic:nvPicPr>
                        <pic:blipFill>
                          <a:blip r:embed="rId23"/>
                          <a:stretch>
                            <a:fillRect/>
                          </a:stretch>
                        </pic:blipFill>
                        <pic:spPr>
                          <a:xfrm>
                            <a:off x="0" y="0"/>
                            <a:ext cx="6080760" cy="1558195"/>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6x² + 11x + 3</w:t>
              <w:br/>
              <w:t>= (6x + 1)(x + 3)</w:t>
            </w:r>
          </w:p>
          <w:p>
            <w:r>
              <w:rPr>
                <w:rFonts w:ascii="DejaVu Sans" w:hAnsi="DejaVu Sans"/>
                <w:b/>
                <w:color w:val="285E72"/>
                <w:sz w:val="17"/>
              </w:rPr>
              <w:t xml:space="preserve">Where / why: </w:t>
            </w:r>
            <w:r>
              <w:rPr>
                <w:rFonts w:ascii="DejaVu Serif" w:hAnsi="DejaVu Serif"/>
                <w:sz w:val="17"/>
              </w:rPr>
              <w:t>Matching the first and last terms is not enough. The outer and inner products must add to 11x.</w:t>
            </w:r>
          </w:p>
          <w:p>
            <w:r>
              <w:rPr>
                <w:rFonts w:ascii="DejaVu Sans" w:hAnsi="DejaVu Sans"/>
                <w:b/>
                <w:color w:val="285E72"/>
                <w:sz w:val="17"/>
              </w:rPr>
              <w:t xml:space="preserve">Corrected answer: </w:t>
            </w:r>
            <w:r>
              <w:rPr>
                <w:rFonts w:ascii="DejaVu Serif" w:hAnsi="DejaVu Serif"/>
                <w:sz w:val="17"/>
              </w:rPr>
              <w:t>(3x + 1)(2x + 3)</w:t>
            </w:r>
          </w:p>
          <w:p>
            <w:r>
              <w:rPr>
                <w:rFonts w:ascii="DejaVu Sans" w:hAnsi="DejaVu Sans"/>
                <w:b/>
                <w:color w:val="285E72"/>
                <w:sz w:val="17"/>
              </w:rPr>
              <w:t xml:space="preserve">Verification: </w:t>
            </w:r>
            <w:r>
              <w:rPr>
                <w:rFonts w:ascii="DejaVu Serif" w:hAnsi="DejaVu Serif"/>
                <w:sz w:val="17"/>
              </w:rPr>
              <w:t>The correct middle terms are 9x and 2x. They add to 11x.</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7: Sofia - Confusing zeros with factors</w:t>
            </w:r>
          </w:p>
          <w:p>
            <w:r>
              <w:rPr>
                <w:rFonts w:ascii="DejaVu Serif" w:hAnsi="DejaVu Serif"/>
                <w:i/>
                <w:color w:val="60717A"/>
                <w:sz w:val="18"/>
              </w:rPr>
              <w:t>"I set each factor equal to zero, then copied the signs."</w:t>
            </w:r>
          </w:p>
          <w:p>
            <w:r>
              <w:rPr>
                <w:rFonts w:ascii="DejaVu Serif" w:hAnsi="DejaVu Serif"/>
                <w:b/>
                <w:sz w:val="19"/>
              </w:rPr>
              <w:t xml:space="preserve">Problem: </w:t>
            </w:r>
            <w:r>
              <w:rPr>
                <w:rFonts w:ascii="DejaVu Serif" w:hAnsi="DejaVu Serif"/>
                <w:sz w:val="19"/>
              </w:rPr>
              <w:t>Find the zeros and multiplicities of f(x) = (x - 4)(x + 1)².</w:t>
            </w:r>
          </w:p>
          <w:p>
            <w:pPr>
              <w:jc w:val="center"/>
            </w:pPr>
            <w:r>
              <w:drawing>
                <wp:inline xmlns:a="http://schemas.openxmlformats.org/drawingml/2006/main" xmlns:pic="http://schemas.openxmlformats.org/drawingml/2006/picture">
                  <wp:extent cx="6080760" cy="1563624"/>
                  <wp:docPr id="17" name="Picture 17"/>
                  <wp:cNvGraphicFramePr>
                    <a:graphicFrameLocks noChangeAspect="1"/>
                  </wp:cNvGraphicFramePr>
                  <a:graphic>
                    <a:graphicData uri="http://schemas.openxmlformats.org/drawingml/2006/picture">
                      <pic:pic>
                        <pic:nvPicPr>
                          <pic:cNvPr id="0" name="case7.png"/>
                          <pic:cNvPicPr/>
                        </pic:nvPicPr>
                        <pic:blipFill>
                          <a:blip r:embed="rId18"/>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Zeros: x = -4, multiplicity 1; x = 1, multiplicity 2</w:t>
            </w:r>
          </w:p>
          <w:p>
            <w:r>
              <w:rPr>
                <w:rFonts w:ascii="DejaVu Sans" w:hAnsi="DejaVu Sans"/>
                <w:b/>
                <w:color w:val="285E72"/>
                <w:sz w:val="17"/>
              </w:rPr>
              <w:t xml:space="preserve">Where / why: </w:t>
            </w:r>
            <w:r>
              <w:rPr>
                <w:rFonts w:ascii="DejaVu Serif" w:hAnsi="DejaVu Serif"/>
                <w:sz w:val="17"/>
              </w:rPr>
              <w:t>A zero makes a factor equal to zero. Solving x - 4 = 0 gives x = 4; solving x + 1 = 0 gives x = -1.</w:t>
            </w:r>
          </w:p>
          <w:p>
            <w:r>
              <w:rPr>
                <w:rFonts w:ascii="DejaVu Sans" w:hAnsi="DejaVu Sans"/>
                <w:b/>
                <w:color w:val="285E72"/>
                <w:sz w:val="17"/>
              </w:rPr>
              <w:t xml:space="preserve">Corrected answer: </w:t>
            </w:r>
            <w:r>
              <w:rPr>
                <w:rFonts w:ascii="DejaVu Serif" w:hAnsi="DejaVu Serif"/>
                <w:sz w:val="17"/>
              </w:rPr>
              <w:t>x = 4, multiplicity 1; x = -1, multiplicity 2</w:t>
            </w:r>
          </w:p>
          <w:p>
            <w:r>
              <w:rPr>
                <w:rFonts w:ascii="DejaVu Sans" w:hAnsi="DejaVu Sans"/>
                <w:b/>
                <w:color w:val="285E72"/>
                <w:sz w:val="17"/>
              </w:rPr>
              <w:t xml:space="preserve">Verification: </w:t>
            </w:r>
            <w:r>
              <w:rPr>
                <w:rFonts w:ascii="DejaVu Serif" w:hAnsi="DejaVu Serif"/>
                <w:sz w:val="17"/>
              </w:rPr>
              <w:t>Substitute each zero into the matching factor: 4 - 4 = 0 and -1 + 1 = 0.</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8: Mateo - Missing placeholders in polynomial division</w:t>
            </w:r>
          </w:p>
          <w:p>
            <w:r>
              <w:rPr>
                <w:rFonts w:ascii="DejaVu Serif" w:hAnsi="DejaVu Serif"/>
                <w:i/>
                <w:color w:val="60717A"/>
                <w:sz w:val="18"/>
              </w:rPr>
              <w:t>"No x² term means there's nothing to write there."</w:t>
            </w:r>
          </w:p>
          <w:p>
            <w:r>
              <w:rPr>
                <w:rFonts w:ascii="DejaVu Serif" w:hAnsi="DejaVu Serif"/>
                <w:b/>
                <w:sz w:val="19"/>
              </w:rPr>
              <w:t xml:space="preserve">Problem: </w:t>
            </w:r>
            <w:r>
              <w:rPr>
                <w:rFonts w:ascii="DejaVu Serif" w:hAnsi="DejaVu Serif"/>
                <w:sz w:val="19"/>
              </w:rPr>
              <w:t>Divide x³ - 4x + 3 by x - 1.</w:t>
            </w:r>
          </w:p>
          <w:p>
            <w:pPr>
              <w:jc w:val="center"/>
            </w:pPr>
            <w:r>
              <w:drawing>
                <wp:inline xmlns:a="http://schemas.openxmlformats.org/drawingml/2006/main" xmlns:pic="http://schemas.openxmlformats.org/drawingml/2006/picture">
                  <wp:extent cx="6080760" cy="1563624"/>
                  <wp:docPr id="18" name="Picture 18"/>
                  <wp:cNvGraphicFramePr>
                    <a:graphicFrameLocks noChangeAspect="1"/>
                  </wp:cNvGraphicFramePr>
                  <a:graphic>
                    <a:graphicData uri="http://schemas.openxmlformats.org/drawingml/2006/picture">
                      <pic:pic>
                        <pic:nvPicPr>
                          <pic:cNvPr id="0" name="case8.png"/>
                          <pic:cNvPicPr/>
                        </pic:nvPicPr>
                        <pic:blipFill>
                          <a:blip r:embed="rId19"/>
                          <a:stretch>
                            <a:fillRect/>
                          </a:stretch>
                        </pic:blipFill>
                        <pic:spPr>
                          <a:xfrm>
                            <a:off x="0" y="0"/>
                            <a:ext cx="6080760" cy="1563624"/>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Synthetic setup: 1 | 1, -4, 3</w:t>
              <w:br/>
              <w:t>Result: x - 3</w:t>
            </w:r>
          </w:p>
          <w:p>
            <w:r>
              <w:rPr>
                <w:rFonts w:ascii="DejaVu Sans" w:hAnsi="DejaVu Sans"/>
                <w:b/>
                <w:color w:val="285E72"/>
                <w:sz w:val="17"/>
              </w:rPr>
              <w:t xml:space="preserve">Where / why: </w:t>
            </w:r>
            <w:r>
              <w:rPr>
                <w:rFonts w:ascii="DejaVu Serif" w:hAnsi="DejaVu Serif"/>
                <w:sz w:val="17"/>
              </w:rPr>
              <w:t>The polynomial has a missing x² term, so its coefficient row must be 1, 0, -4, 3.</w:t>
            </w:r>
          </w:p>
          <w:p>
            <w:r>
              <w:rPr>
                <w:rFonts w:ascii="DejaVu Sans" w:hAnsi="DejaVu Sans"/>
                <w:b/>
                <w:color w:val="285E72"/>
                <w:sz w:val="17"/>
              </w:rPr>
              <w:t xml:space="preserve">Corrected answer: </w:t>
            </w:r>
            <w:r>
              <w:rPr>
                <w:rFonts w:ascii="DejaVu Serif" w:hAnsi="DejaVu Serif"/>
                <w:sz w:val="17"/>
              </w:rPr>
              <w:t>x² + x - 3, remainder 0</w:t>
            </w:r>
          </w:p>
          <w:p>
            <w:r>
              <w:rPr>
                <w:rFonts w:ascii="DejaVu Sans" w:hAnsi="DejaVu Sans"/>
                <w:b/>
                <w:color w:val="285E72"/>
                <w:sz w:val="17"/>
              </w:rPr>
              <w:t xml:space="preserve">Verification: </w:t>
            </w:r>
            <w:r>
              <w:rPr>
                <w:rFonts w:ascii="DejaVu Serif" w:hAnsi="DejaVu Serif"/>
                <w:sz w:val="17"/>
              </w:rPr>
              <w:t>(x - 1)(x² + x - 3) = x³ - 4x + 3.</w:t>
            </w:r>
          </w:p>
        </w:tc>
      </w:tr>
    </w:tbl>
    <w:tbl>
      <w:tblPr>
        <w:tblW w:type="auto" w:w="0"/>
        <w:jc w:val="center"/>
        <w:tblLayout w:type="fixed"/>
        <w:tblLook w:firstColumn="1" w:firstRow="1" w:lastColumn="0" w:lastRow="0" w:noHBand="0" w:noVBand="1" w:val="04A0"/>
      </w:tblPr>
      <w:tblGrid>
        <w:gridCol w:w="10296"/>
      </w:tblGrid>
      <w:tr>
        <w:trPr>
          <w:cantSplit/>
        </w:trPr>
        <w:tc>
          <w:tcPr>
            <w:tcW w:type="dxa" w:w="10454"/>
            <w:tcMar>
              <w:top w:w="90" w:type="dxa"/>
              <w:start w:w="110" w:type="dxa"/>
              <w:bottom w:w="90" w:type="dxa"/>
              <w:end w:w="110" w:type="dxa"/>
            </w:tcMar>
            <w:shd w:fill="FFFFFF"/>
          </w:tcPr>
          <w:p>
            <w:pPr>
              <w:pageBreakBefore/>
            </w:pPr>
            <w:r>
              <w:rPr>
                <w:rFonts w:ascii="DejaVu Sans" w:hAnsi="DejaVu Sans"/>
                <w:b/>
                <w:color w:val="285E72"/>
                <w:sz w:val="24"/>
              </w:rPr>
              <w:t>Case 9: Priya - Incorrect multiplicity behavior</w:t>
            </w:r>
          </w:p>
          <w:p>
            <w:r>
              <w:rPr>
                <w:rFonts w:ascii="DejaVu Serif" w:hAnsi="DejaVu Serif"/>
                <w:i/>
                <w:color w:val="60717A"/>
                <w:sz w:val="18"/>
              </w:rPr>
              <w:t>"Both are zeros, so I drew the graph through both."</w:t>
            </w:r>
          </w:p>
          <w:p>
            <w:r>
              <w:rPr>
                <w:rFonts w:ascii="DejaVu Serif" w:hAnsi="DejaVu Serif"/>
                <w:b/>
                <w:sz w:val="19"/>
              </w:rPr>
              <w:t xml:space="preserve">Problem: </w:t>
            </w:r>
            <w:r>
              <w:rPr>
                <w:rFonts w:ascii="DejaVu Serif" w:hAnsi="DejaVu Serif"/>
                <w:sz w:val="19"/>
              </w:rPr>
              <w:t>Sketch y = (x + 2)²(x - 1).</w:t>
            </w:r>
          </w:p>
          <w:p>
            <w:pPr>
              <w:jc w:val="center"/>
            </w:pPr>
            <w:r>
              <w:drawing>
                <wp:inline xmlns:a="http://schemas.openxmlformats.org/drawingml/2006/main" xmlns:pic="http://schemas.openxmlformats.org/drawingml/2006/picture">
                  <wp:extent cx="6080760" cy="1867662"/>
                  <wp:docPr id="19" name="Picture 19"/>
                  <wp:cNvGraphicFramePr>
                    <a:graphicFrameLocks noChangeAspect="1"/>
                  </wp:cNvGraphicFramePr>
                  <a:graphic>
                    <a:graphicData uri="http://schemas.openxmlformats.org/drawingml/2006/picture">
                      <pic:pic>
                        <pic:nvPicPr>
                          <pic:cNvPr id="0" name="case9_correct.png"/>
                          <pic:cNvPicPr/>
                        </pic:nvPicPr>
                        <pic:blipFill>
                          <a:blip r:embed="rId21"/>
                          <a:stretch>
                            <a:fillRect/>
                          </a:stretch>
                        </pic:blipFill>
                        <pic:spPr>
                          <a:xfrm>
                            <a:off x="0" y="0"/>
                            <a:ext cx="6080760" cy="1867662"/>
                          </a:xfrm>
                          <a:prstGeom prst="rect"/>
                        </pic:spPr>
                      </pic:pic>
                    </a:graphicData>
                  </a:graphic>
                </wp:inline>
              </w:drawing>
            </w:r>
          </w:p>
          <w:p>
            <w:r>
              <w:rPr>
                <w:rFonts w:ascii="DejaVu Sans" w:hAnsi="DejaVu Sans"/>
                <w:b/>
                <w:color w:val="285E72"/>
                <w:sz w:val="17"/>
              </w:rPr>
              <w:t xml:space="preserve">Incorrect work: </w:t>
            </w:r>
            <w:r>
              <w:rPr>
                <w:rFonts w:ascii="DejaVu Serif" w:hAnsi="DejaVu Serif"/>
                <w:sz w:val="17"/>
              </w:rPr>
              <w:t>The sketch crosses the x-axis at x = -2 and x = 1.</w:t>
            </w:r>
          </w:p>
          <w:p>
            <w:r>
              <w:rPr>
                <w:rFonts w:ascii="DejaVu Sans" w:hAnsi="DejaVu Sans"/>
                <w:b/>
                <w:color w:val="285E72"/>
                <w:sz w:val="17"/>
              </w:rPr>
              <w:t xml:space="preserve">Where / why: </w:t>
            </w:r>
            <w:r>
              <w:rPr>
                <w:rFonts w:ascii="DejaVu Serif" w:hAnsi="DejaVu Serif"/>
                <w:sz w:val="17"/>
              </w:rPr>
              <w:t>The zero x = -2 has even multiplicity 2, so the graph touches and turns there. It crosses at x = 1 because that multiplicity is odd.</w:t>
            </w:r>
          </w:p>
          <w:p>
            <w:r>
              <w:rPr>
                <w:rFonts w:ascii="DejaVu Sans" w:hAnsi="DejaVu Sans"/>
                <w:b/>
                <w:color w:val="285E72"/>
                <w:sz w:val="17"/>
              </w:rPr>
              <w:t xml:space="preserve">Corrected answer: </w:t>
            </w:r>
            <w:r>
              <w:rPr>
                <w:rFonts w:ascii="DejaVu Serif" w:hAnsi="DejaVu Serif"/>
                <w:sz w:val="17"/>
              </w:rPr>
              <w:t>Touch at x = -2; cross at x = 1; left end down and right end up.</w:t>
            </w:r>
          </w:p>
          <w:p>
            <w:r>
              <w:rPr>
                <w:rFonts w:ascii="DejaVu Sans" w:hAnsi="DejaVu Sans"/>
                <w:b/>
                <w:color w:val="285E72"/>
                <w:sz w:val="17"/>
              </w:rPr>
              <w:t xml:space="preserve">Verification: </w:t>
            </w:r>
            <w:r>
              <w:rPr>
                <w:rFonts w:ascii="DejaVu Serif" w:hAnsi="DejaVu Serif"/>
                <w:sz w:val="17"/>
              </w:rPr>
              <w:t>The sign stays negative on both sides of x = -2, then changes from negative to positive at x = 1.</w:t>
            </w:r>
          </w:p>
        </w:tc>
      </w:tr>
    </w:tbl>
    <w:p>
      <w:pPr>
        <w:spacing w:after="100"/>
        <w:jc w:val="left"/>
      </w:pPr>
      <w:r>
        <w:rPr>
          <w:rFonts w:ascii="DejaVu Sans" w:hAnsi="DejaVu Sans"/>
          <w:b/>
          <w:color w:val="285E72"/>
          <w:sz w:val="32"/>
        </w:rPr>
        <w:t>Standards and review notes</w:t>
      </w:r>
    </w:p>
    <w:p>
      <w:pPr>
        <w:spacing w:after="60"/>
        <w:jc w:val="left"/>
      </w:pPr>
      <w:r>
        <w:rPr>
          <w:rFonts w:ascii="DejaVu Serif" w:hAnsi="DejaVu Serif"/>
          <w:b w:val="0"/>
          <w:i w:val="0"/>
          <w:color w:val="26363E"/>
          <w:sz w:val="19"/>
        </w:rPr>
        <w:t>The activity practices polynomial arithmetic, exponent structure, factoring, the connection between factors and zeros, polynomial division, and graph behavior. It aligns most directly with CCSS HSA.APR.A.1, HSA.APR.B.2, HSA.APR.D.6, and HSF.IF.C.7.c. Every example, correction, and graph was checked before publication on August 3, 2026.</w:t>
      </w:r>
    </w:p>
    <w:p>
      <w:pPr>
        <w:spacing w:after="60"/>
        <w:jc w:val="left"/>
      </w:pPr>
      <w:r>
        <w:rPr>
          <w:rFonts w:ascii="DejaVu Serif" w:hAnsi="DejaVu Serif"/>
          <w:b w:val="0"/>
          <w:i w:val="0"/>
          <w:color w:val="60717A"/>
          <w:sz w:val="17"/>
        </w:rPr>
        <w:t>Important limitation: use this classroom-made resource with classwork and local curriculum expectations rather than as a standardized placement test.</w:t>
      </w: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color w:val="60717A"/>
        <w:sz w:val="16"/>
      </w:rPr>
      <w:t>burketutoringinfremont.com/polynomial-error-analysis-worksheet/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DejaVu Sans" w:hAnsi="DejaVu Sans"/>
        <w:b/>
        <w:color w:val="3E7C78"/>
        <w:sz w:val="16"/>
      </w:rPr>
      <w:t>BURKE TUTORING IN FREMONT  |  POLYNOMIAL ERROR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Polynomial Error Analysis Worksheet - Editable Version</dc:title>
  <dc:subject>Student error analysis worksheet and teacher key</dc:subject>
  <dc:creator>Berke Sahbazoglu, Burke Tutoring in Fremont</dc:creator>
  <cp:keywords/>
  <dc:description>generated by python-docx</dc:description>
  <cp:lastModifiedBy/>
  <cp:revision>1</cp:revision>
  <dcterms:created xsi:type="dcterms:W3CDTF">2013-12-23T23:15:00Z</dcterms:created>
  <dcterms:modified xsi:type="dcterms:W3CDTF">2013-12-23T23:15:00Z</dcterms:modified>
  <cp:category/>
</cp:coreProperties>
</file>